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47A" w:rsidRDefault="007571FA">
      <w:pPr>
        <w:jc w:val="center"/>
      </w:pPr>
      <w:r>
        <w:rPr>
          <w:b/>
          <w:sz w:val="42"/>
        </w:rPr>
        <w:t>TALK ABOUT ME!</w:t>
      </w:r>
    </w:p>
    <w:p w:rsidR="00F9647A" w:rsidRDefault="007571FA">
      <w:pPr>
        <w:jc w:val="center"/>
      </w:pPr>
      <w:r>
        <w:rPr>
          <w:b/>
          <w:sz w:val="24"/>
        </w:rPr>
        <w:t>Which language house does each phrase belong to?</w:t>
      </w:r>
    </w:p>
    <w:p w:rsidR="00F9647A" w:rsidRDefault="007571FA">
      <w:pPr>
        <w:jc w:val="center"/>
      </w:pPr>
      <w:r>
        <w:t>Read the phrases in the Word Bank. Write each phrase in the correct house. Use every phrase once.</w:t>
      </w:r>
    </w:p>
    <w:p w:rsidR="00F9647A" w:rsidRDefault="007571FA">
      <w:r>
        <w:rPr>
          <w:b/>
          <w:sz w:val="26"/>
        </w:rPr>
        <w:t>WORD BANK</w:t>
      </w:r>
    </w:p>
    <w:tbl>
      <w:tblPr>
        <w:tblW w:w="0" w:type="auto"/>
        <w:jc w:val="center"/>
        <w:tblLayout w:type="fixed"/>
        <w:tblLook w:val="04A0"/>
      </w:tblPr>
      <w:tblGrid>
        <w:gridCol w:w="2551"/>
        <w:gridCol w:w="2551"/>
        <w:gridCol w:w="2551"/>
        <w:gridCol w:w="2551"/>
      </w:tblGrid>
      <w:tr w:rsidR="00F9647A">
        <w:trPr>
          <w:jc w:val="center"/>
        </w:trPr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long hair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playing football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ride a bike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two sisters</w:t>
            </w:r>
          </w:p>
        </w:tc>
      </w:tr>
      <w:tr w:rsidR="00F9647A">
        <w:trPr>
          <w:jc w:val="center"/>
        </w:trPr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going to school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favourite hobby is drawing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spiders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name is Sue</w:t>
            </w:r>
          </w:p>
        </w:tc>
      </w:tr>
      <w:tr w:rsidR="00F9647A">
        <w:trPr>
          <w:jc w:val="center"/>
        </w:trPr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favourite animal is a dog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from Greece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blue eyes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dogs</w:t>
            </w:r>
          </w:p>
        </w:tc>
      </w:tr>
      <w:tr w:rsidR="00F9647A">
        <w:trPr>
          <w:jc w:val="center"/>
        </w:trPr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speak German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tall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Tom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nine years old</w:t>
            </w:r>
          </w:p>
        </w:tc>
      </w:tr>
      <w:tr w:rsidR="00F9647A">
        <w:trPr>
          <w:jc w:val="center"/>
        </w:trPr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dance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play basketball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dancing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pizza</w:t>
            </w:r>
          </w:p>
        </w:tc>
      </w:tr>
      <w:tr w:rsidR="00F9647A">
        <w:trPr>
          <w:jc w:val="center"/>
        </w:trPr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favourite colour is blue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Maths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swimming</w:t>
            </w:r>
          </w:p>
        </w:tc>
        <w:tc>
          <w:tcPr>
            <w:tcW w:w="255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F2F2F2"/>
            <w:vAlign w:val="center"/>
          </w:tcPr>
          <w:p w:rsidR="00F9647A" w:rsidRDefault="007571FA">
            <w:pPr>
              <w:jc w:val="center"/>
            </w:pPr>
            <w:r>
              <w:rPr>
                <w:b/>
                <w:sz w:val="20"/>
              </w:rPr>
              <w:t>a dog</w:t>
            </w:r>
          </w:p>
        </w:tc>
      </w:tr>
    </w:tbl>
    <w:p w:rsidR="00F9647A" w:rsidRDefault="00F9647A"/>
    <w:tbl>
      <w:tblPr>
        <w:tblW w:w="0" w:type="auto"/>
        <w:jc w:val="center"/>
        <w:tblLayout w:type="fixed"/>
        <w:tblLook w:val="04A0"/>
      </w:tblPr>
      <w:tblGrid>
        <w:gridCol w:w="5102"/>
        <w:gridCol w:w="5102"/>
      </w:tblGrid>
      <w:tr w:rsidR="00F9647A">
        <w:trPr>
          <w:jc w:val="center"/>
        </w:trPr>
        <w:tc>
          <w:tcPr>
            <w:tcW w:w="5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9647A" w:rsidRDefault="007571FA">
            <w:pPr>
              <w:jc w:val="center"/>
            </w:pPr>
            <w:r>
              <w:rPr>
                <w:b/>
                <w:sz w:val="26"/>
              </w:rPr>
              <w:t>I AM / I'M...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</w:tc>
        <w:tc>
          <w:tcPr>
            <w:tcW w:w="5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9647A" w:rsidRDefault="007571FA">
            <w:pPr>
              <w:jc w:val="center"/>
            </w:pPr>
            <w:r>
              <w:rPr>
                <w:b/>
                <w:sz w:val="26"/>
              </w:rPr>
              <w:t>I HAVE GOT / I'VE GOT...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</w:tc>
      </w:tr>
      <w:tr w:rsidR="00F9647A">
        <w:trPr>
          <w:jc w:val="center"/>
        </w:trPr>
        <w:tc>
          <w:tcPr>
            <w:tcW w:w="5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9647A" w:rsidRDefault="007571FA">
            <w:pPr>
              <w:jc w:val="center"/>
            </w:pPr>
            <w:r>
              <w:rPr>
                <w:b/>
                <w:sz w:val="26"/>
              </w:rPr>
              <w:t>MY...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</w:tc>
        <w:tc>
          <w:tcPr>
            <w:tcW w:w="5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9647A" w:rsidRDefault="007571FA">
            <w:pPr>
              <w:jc w:val="center"/>
            </w:pPr>
            <w:r>
              <w:rPr>
                <w:b/>
                <w:sz w:val="26"/>
              </w:rPr>
              <w:t>I LIKE...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</w:tc>
      </w:tr>
      <w:tr w:rsidR="00F9647A">
        <w:trPr>
          <w:jc w:val="center"/>
        </w:trPr>
        <w:tc>
          <w:tcPr>
            <w:tcW w:w="5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9647A" w:rsidRDefault="007571FA">
            <w:pPr>
              <w:jc w:val="center"/>
            </w:pPr>
            <w:r>
              <w:rPr>
                <w:b/>
                <w:sz w:val="26"/>
              </w:rPr>
              <w:t>I DON'T LIKE...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</w:tc>
        <w:tc>
          <w:tcPr>
            <w:tcW w:w="5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9647A" w:rsidRDefault="007571FA">
            <w:pPr>
              <w:jc w:val="center"/>
            </w:pPr>
            <w:r>
              <w:rPr>
                <w:b/>
                <w:sz w:val="26"/>
              </w:rPr>
              <w:t>I CAN...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  <w:p w:rsidR="00F9647A" w:rsidRDefault="007571FA">
            <w:pPr>
              <w:spacing w:after="80"/>
              <w:jc w:val="center"/>
            </w:pPr>
            <w:r>
              <w:t>________________________</w:t>
            </w:r>
          </w:p>
        </w:tc>
      </w:tr>
    </w:tbl>
    <w:p w:rsidR="00F9647A" w:rsidRDefault="007571FA">
      <w:pPr>
        <w:jc w:val="center"/>
      </w:pPr>
      <w:r>
        <w:rPr>
          <w:b/>
          <w:sz w:val="26"/>
        </w:rPr>
        <w:t>BONUS - MAKE IT ABOUT YOU!</w:t>
      </w:r>
    </w:p>
    <w:tbl>
      <w:tblPr>
        <w:tblW w:w="0" w:type="auto"/>
        <w:jc w:val="center"/>
        <w:tblLook w:val="04A0"/>
      </w:tblPr>
      <w:tblGrid>
        <w:gridCol w:w="5383"/>
        <w:gridCol w:w="5383"/>
      </w:tblGrid>
      <w:tr w:rsidR="00F9647A">
        <w:trPr>
          <w:jc w:val="center"/>
        </w:trPr>
        <w:tc>
          <w:tcPr>
            <w:tcW w:w="5383" w:type="dxa"/>
            <w:tcBorders>
              <w:bottom w:val="single" w:sz="6" w:space="0" w:color="AAAAAA"/>
            </w:tcBorders>
          </w:tcPr>
          <w:p w:rsidR="00F9647A" w:rsidRDefault="007571FA">
            <w:r>
              <w:t>I'm _______________________________.</w:t>
            </w:r>
          </w:p>
        </w:tc>
        <w:tc>
          <w:tcPr>
            <w:tcW w:w="5383" w:type="dxa"/>
            <w:tcBorders>
              <w:bottom w:val="single" w:sz="6" w:space="0" w:color="AAAAAA"/>
            </w:tcBorders>
          </w:tcPr>
          <w:p w:rsidR="00F9647A" w:rsidRDefault="007571FA">
            <w:r>
              <w:t>I've got ___________________________.</w:t>
            </w:r>
          </w:p>
        </w:tc>
      </w:tr>
      <w:tr w:rsidR="00F9647A">
        <w:trPr>
          <w:jc w:val="center"/>
        </w:trPr>
        <w:tc>
          <w:tcPr>
            <w:tcW w:w="5383" w:type="dxa"/>
            <w:tcBorders>
              <w:bottom w:val="single" w:sz="6" w:space="0" w:color="AAAAAA"/>
            </w:tcBorders>
          </w:tcPr>
          <w:p w:rsidR="00F9647A" w:rsidRDefault="007571FA">
            <w:r>
              <w:t>My ________________________________.</w:t>
            </w:r>
          </w:p>
        </w:tc>
        <w:tc>
          <w:tcPr>
            <w:tcW w:w="5383" w:type="dxa"/>
            <w:tcBorders>
              <w:bottom w:val="single" w:sz="6" w:space="0" w:color="AAAAAA"/>
            </w:tcBorders>
          </w:tcPr>
          <w:p w:rsidR="00F9647A" w:rsidRDefault="007571FA">
            <w:r>
              <w:t>I like _____________________________.</w:t>
            </w:r>
          </w:p>
        </w:tc>
      </w:tr>
      <w:tr w:rsidR="00F9647A">
        <w:trPr>
          <w:jc w:val="center"/>
        </w:trPr>
        <w:tc>
          <w:tcPr>
            <w:tcW w:w="5383" w:type="dxa"/>
            <w:tcBorders>
              <w:bottom w:val="single" w:sz="6" w:space="0" w:color="AAAAAA"/>
            </w:tcBorders>
          </w:tcPr>
          <w:p w:rsidR="00F9647A" w:rsidRDefault="007571FA">
            <w:r>
              <w:t>I don't like ________________________.</w:t>
            </w:r>
          </w:p>
        </w:tc>
        <w:tc>
          <w:tcPr>
            <w:tcW w:w="5383" w:type="dxa"/>
            <w:tcBorders>
              <w:bottom w:val="single" w:sz="6" w:space="0" w:color="AAAAAA"/>
            </w:tcBorders>
          </w:tcPr>
          <w:p w:rsidR="00F9647A" w:rsidRDefault="007571FA">
            <w:r>
              <w:t>I can ______________________________.</w:t>
            </w:r>
          </w:p>
        </w:tc>
      </w:tr>
    </w:tbl>
    <w:p w:rsidR="00F9647A" w:rsidRDefault="00F9647A" w:rsidP="00D52191"/>
    <w:sectPr w:rsidR="00F9647A" w:rsidSect="00034616">
      <w:pgSz w:w="12240" w:h="15840"/>
      <w:pgMar w:top="680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7571FA"/>
    <w:rsid w:val="009B6E3D"/>
    <w:rsid w:val="00AA1D8D"/>
    <w:rsid w:val="00B47730"/>
    <w:rsid w:val="00CB0664"/>
    <w:rsid w:val="00D52191"/>
    <w:rsid w:val="00F9647A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Fujitsu</cp:lastModifiedBy>
  <cp:revision>3</cp:revision>
  <dcterms:created xsi:type="dcterms:W3CDTF">2013-12-23T23:15:00Z</dcterms:created>
  <dcterms:modified xsi:type="dcterms:W3CDTF">2026-10-11T19:08:00Z</dcterms:modified>
  <cp:category/>
</cp:coreProperties>
</file>