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70D7E" w14:textId="6911B09D" w:rsidR="00B3002F" w:rsidRPr="007D1507" w:rsidRDefault="00000000" w:rsidP="001A3CD3">
      <w:pPr>
        <w:spacing w:after="4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b/>
          <w:color w:val="000000" w:themeColor="text1"/>
          <w:lang w:val="fr-CA"/>
        </w:rPr>
        <w:t>FICHE DE TRAVAIL : LE CALENDRIER</w:t>
      </w:r>
      <w:r w:rsidRPr="007D1507">
        <w:rPr>
          <w:rFonts w:ascii="Verdana" w:hAnsi="Verdana"/>
          <w:b/>
          <w:color w:val="000000" w:themeColor="text1"/>
          <w:lang w:val="fr-CA"/>
        </w:rPr>
        <w:br/>
      </w:r>
      <w:r w:rsidRPr="007D1507">
        <w:rPr>
          <w:rFonts w:ascii="Verdana" w:hAnsi="Verdana"/>
          <w:color w:val="000000" w:themeColor="text1"/>
          <w:lang w:val="fr-CA"/>
        </w:rPr>
        <w:t>Les jours de la semaine, les mois, les saisons, la date et les anniversaires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2016"/>
        <w:gridCol w:w="2160"/>
      </w:tblGrid>
      <w:tr w:rsidR="00B3002F" w:rsidRPr="007D1507" w14:paraId="73E5EE31" w14:textId="77777777">
        <w:trPr>
          <w:jc w:val="center"/>
        </w:trPr>
        <w:tc>
          <w:tcPr>
            <w:tcW w:w="2592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6D6746" w14:textId="77777777" w:rsidR="00B3002F" w:rsidRPr="007D1507" w:rsidRDefault="00000000" w:rsidP="001A3CD3">
            <w:pPr>
              <w:spacing w:after="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color w:val="000000" w:themeColor="text1"/>
              </w:rPr>
              <w:t xml:space="preserve">Nom / </w:t>
            </w:r>
            <w:proofErr w:type="spellStart"/>
            <w:proofErr w:type="gramStart"/>
            <w:r w:rsidRPr="007D1507">
              <w:rPr>
                <w:rFonts w:ascii="Verdana" w:hAnsi="Verdana"/>
                <w:color w:val="000000" w:themeColor="text1"/>
              </w:rPr>
              <w:t>Prénom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 xml:space="preserve"> :</w:t>
            </w:r>
            <w:proofErr w:type="gramEnd"/>
            <w:r w:rsidRPr="007D1507">
              <w:rPr>
                <w:rFonts w:ascii="Verdana" w:hAnsi="Verdana"/>
                <w:color w:val="000000" w:themeColor="text1"/>
              </w:rPr>
              <w:t xml:space="preserve"> ....................</w:t>
            </w:r>
          </w:p>
        </w:tc>
        <w:tc>
          <w:tcPr>
            <w:tcW w:w="2592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1FD3BA" w14:textId="77777777" w:rsidR="00B3002F" w:rsidRPr="007D1507" w:rsidRDefault="00000000" w:rsidP="001A3CD3">
            <w:pPr>
              <w:spacing w:after="0"/>
              <w:rPr>
                <w:rFonts w:ascii="Verdana" w:hAnsi="Verdana"/>
                <w:color w:val="000000" w:themeColor="text1"/>
              </w:rPr>
            </w:pPr>
            <w:proofErr w:type="gramStart"/>
            <w:r w:rsidRPr="007D1507">
              <w:rPr>
                <w:rFonts w:ascii="Verdana" w:hAnsi="Verdana"/>
                <w:color w:val="000000" w:themeColor="text1"/>
              </w:rPr>
              <w:t>Classe :</w:t>
            </w:r>
            <w:proofErr w:type="gramEnd"/>
            <w:r w:rsidRPr="007D1507">
              <w:rPr>
                <w:rFonts w:ascii="Verdana" w:hAnsi="Verdana"/>
                <w:color w:val="000000" w:themeColor="text1"/>
              </w:rPr>
              <w:t xml:space="preserve"> ....................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0A649B" w14:textId="77777777" w:rsidR="00B3002F" w:rsidRPr="007D1507" w:rsidRDefault="00000000" w:rsidP="001A3CD3">
            <w:pPr>
              <w:spacing w:after="0"/>
              <w:rPr>
                <w:rFonts w:ascii="Verdana" w:hAnsi="Verdana"/>
                <w:color w:val="000000" w:themeColor="text1"/>
              </w:rPr>
            </w:pPr>
            <w:proofErr w:type="gramStart"/>
            <w:r w:rsidRPr="007D1507">
              <w:rPr>
                <w:rFonts w:ascii="Verdana" w:hAnsi="Verdana"/>
                <w:color w:val="000000" w:themeColor="text1"/>
              </w:rPr>
              <w:t>Date :</w:t>
            </w:r>
            <w:proofErr w:type="gramEnd"/>
            <w:r w:rsidRPr="007D1507">
              <w:rPr>
                <w:rFonts w:ascii="Verdana" w:hAnsi="Verdana"/>
                <w:color w:val="000000" w:themeColor="text1"/>
              </w:rPr>
              <w:t xml:space="preserve"> </w:t>
            </w:r>
            <w:proofErr w:type="gramStart"/>
            <w:r w:rsidRPr="007D1507">
              <w:rPr>
                <w:rFonts w:ascii="Verdana" w:hAnsi="Verdana"/>
                <w:color w:val="000000" w:themeColor="text1"/>
              </w:rPr>
              <w:t>..../..../</w:t>
            </w:r>
            <w:proofErr w:type="gramEnd"/>
            <w:r w:rsidRPr="007D1507">
              <w:rPr>
                <w:rFonts w:ascii="Verdana" w:hAnsi="Verdana"/>
                <w:color w:val="000000" w:themeColor="text1"/>
              </w:rPr>
              <w:t>20....</w:t>
            </w:r>
          </w:p>
        </w:tc>
        <w:tc>
          <w:tcPr>
            <w:tcW w:w="2160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C26693" w14:textId="77777777" w:rsidR="00B3002F" w:rsidRPr="007D1507" w:rsidRDefault="00000000" w:rsidP="001A3CD3">
            <w:pPr>
              <w:spacing w:after="0"/>
              <w:rPr>
                <w:rFonts w:ascii="Verdana" w:hAnsi="Verdana"/>
                <w:color w:val="000000" w:themeColor="text1"/>
              </w:rPr>
            </w:pPr>
            <w:proofErr w:type="gramStart"/>
            <w:r w:rsidRPr="007D1507">
              <w:rPr>
                <w:rFonts w:ascii="Verdana" w:hAnsi="Verdana"/>
                <w:b/>
                <w:color w:val="000000" w:themeColor="text1"/>
              </w:rPr>
              <w:t>Note :</w:t>
            </w:r>
            <w:proofErr w:type="gramEnd"/>
            <w:r w:rsidRPr="007D1507">
              <w:rPr>
                <w:rFonts w:ascii="Verdana" w:hAnsi="Verdana"/>
                <w:b/>
                <w:color w:val="000000" w:themeColor="text1"/>
              </w:rPr>
              <w:t xml:space="preserve"> </w:t>
            </w:r>
            <w:proofErr w:type="gramStart"/>
            <w:r w:rsidRPr="007D1507">
              <w:rPr>
                <w:rFonts w:ascii="Verdana" w:hAnsi="Verdana"/>
                <w:b/>
                <w:color w:val="000000" w:themeColor="text1"/>
              </w:rPr>
              <w:t>.....</w:t>
            </w:r>
            <w:proofErr w:type="gramEnd"/>
            <w:r w:rsidRPr="007D1507">
              <w:rPr>
                <w:rFonts w:ascii="Verdana" w:hAnsi="Verdana"/>
                <w:b/>
                <w:color w:val="000000" w:themeColor="text1"/>
              </w:rPr>
              <w:t xml:space="preserve"> / 20</w:t>
            </w:r>
          </w:p>
        </w:tc>
      </w:tr>
    </w:tbl>
    <w:p w14:paraId="56EFB101" w14:textId="77777777" w:rsidR="00B3002F" w:rsidRPr="007D1507" w:rsidRDefault="00B3002F" w:rsidP="001A3CD3">
      <w:pPr>
        <w:rPr>
          <w:rFonts w:ascii="Verdana" w:hAnsi="Verdana"/>
          <w:color w:val="000000" w:themeColor="text1"/>
        </w:rPr>
      </w:pPr>
    </w:p>
    <w:p w14:paraId="44666016" w14:textId="20FB5AC7" w:rsidR="00B3002F" w:rsidRPr="007D1507" w:rsidRDefault="00000000" w:rsidP="001A3CD3">
      <w:pPr>
        <w:spacing w:before="240" w:after="120"/>
        <w:rPr>
          <w:rFonts w:ascii="Verdana" w:hAnsi="Verdana"/>
          <w:color w:val="000000" w:themeColor="text1"/>
          <w:lang w:val="el-GR"/>
        </w:rPr>
      </w:pPr>
      <w:r w:rsidRPr="007D1507">
        <w:rPr>
          <w:rFonts w:ascii="Verdana" w:hAnsi="Verdana"/>
          <w:b/>
          <w:color w:val="000000" w:themeColor="text1"/>
          <w:lang w:val="el-GR"/>
        </w:rPr>
        <w:t xml:space="preserve">1. </w:t>
      </w:r>
      <w:r w:rsidRPr="007D1507">
        <w:rPr>
          <w:rFonts w:ascii="Verdana" w:hAnsi="Verdana"/>
          <w:b/>
          <w:color w:val="000000" w:themeColor="text1"/>
        </w:rPr>
        <w:t>LEXIQUE</w:t>
      </w:r>
      <w:r w:rsidRPr="007D1507">
        <w:rPr>
          <w:rFonts w:ascii="Verdana" w:hAnsi="Verdana"/>
          <w:b/>
          <w:color w:val="000000" w:themeColor="text1"/>
          <w:lang w:val="el-GR"/>
        </w:rPr>
        <w:t xml:space="preserve"> </w:t>
      </w:r>
      <w:r w:rsidRPr="007D1507">
        <w:rPr>
          <w:rFonts w:ascii="Verdana" w:hAnsi="Verdana"/>
          <w:b/>
          <w:color w:val="000000" w:themeColor="text1"/>
        </w:rPr>
        <w:t>BILINGUE</w:t>
      </w:r>
      <w:r w:rsidRPr="007D1507">
        <w:rPr>
          <w:rFonts w:ascii="Verdana" w:hAnsi="Verdana"/>
          <w:b/>
          <w:color w:val="000000" w:themeColor="text1"/>
          <w:lang w:val="el-GR"/>
        </w:rPr>
        <w:t xml:space="preserve"> (Γαλλικ</w:t>
      </w:r>
      <w:r w:rsidR="00DF2ACF">
        <w:rPr>
          <w:rFonts w:ascii="Verdana" w:hAnsi="Verdana"/>
          <w:b/>
          <w:color w:val="000000" w:themeColor="text1"/>
          <w:lang w:val="el-GR"/>
        </w:rPr>
        <w:t>ό</w:t>
      </w:r>
      <w:r w:rsidR="00DF2ACF" w:rsidRPr="00DF2ACF">
        <w:rPr>
          <w:rFonts w:ascii="Verdana" w:hAnsi="Verdana"/>
          <w:b/>
          <w:color w:val="000000" w:themeColor="text1"/>
          <w:lang w:val="el-GR"/>
        </w:rPr>
        <w:t xml:space="preserve"> </w:t>
      </w:r>
      <w:r w:rsidRPr="007D1507">
        <w:rPr>
          <w:rFonts w:ascii="Verdana" w:hAnsi="Verdana"/>
          <w:b/>
          <w:color w:val="000000" w:themeColor="text1"/>
          <w:lang w:val="el-GR"/>
        </w:rPr>
        <w:t>-</w:t>
      </w:r>
      <w:r w:rsidR="00DF2ACF">
        <w:rPr>
          <w:rFonts w:ascii="Verdana" w:hAnsi="Verdana"/>
          <w:b/>
          <w:color w:val="000000" w:themeColor="text1"/>
          <w:lang w:val="el-GR"/>
        </w:rPr>
        <w:t xml:space="preserve"> </w:t>
      </w:r>
      <w:r w:rsidRPr="007D1507">
        <w:rPr>
          <w:rFonts w:ascii="Verdana" w:hAnsi="Verdana"/>
          <w:b/>
          <w:color w:val="000000" w:themeColor="text1"/>
          <w:lang w:val="el-GR"/>
        </w:rPr>
        <w:t>Ελληνικό Λεξιλόγιο)</w:t>
      </w:r>
    </w:p>
    <w:tbl>
      <w:tblPr>
        <w:tblW w:w="0" w:type="auto"/>
        <w:jc w:val="center"/>
        <w:tblBorders>
          <w:top w:val="single" w:sz="4" w:space="0" w:color="D3D3D3"/>
          <w:bottom w:val="single" w:sz="6" w:space="0" w:color="1B365D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213"/>
        <w:gridCol w:w="6281"/>
      </w:tblGrid>
      <w:tr w:rsidR="00B3002F" w:rsidRPr="007D1507" w14:paraId="697850B6" w14:textId="77777777" w:rsidTr="00DF2ACF">
        <w:trPr>
          <w:trHeight w:val="826"/>
          <w:jc w:val="center"/>
        </w:trPr>
        <w:tc>
          <w:tcPr>
            <w:tcW w:w="3213" w:type="dxa"/>
          </w:tcPr>
          <w:p w14:paraId="2680F4F9" w14:textId="77777777" w:rsidR="00B3002F" w:rsidRPr="007D1507" w:rsidRDefault="00000000" w:rsidP="001A3CD3">
            <w:pPr>
              <w:spacing w:before="80" w:after="80"/>
              <w:rPr>
                <w:rFonts w:ascii="Verdana" w:hAnsi="Verdana"/>
                <w:color w:val="000000" w:themeColor="text1"/>
              </w:rPr>
            </w:pPr>
            <w:proofErr w:type="spellStart"/>
            <w:r w:rsidRPr="007D1507">
              <w:rPr>
                <w:rFonts w:ascii="Verdana" w:hAnsi="Verdana"/>
                <w:b/>
                <w:color w:val="000000" w:themeColor="text1"/>
              </w:rPr>
              <w:t>Catégorie</w:t>
            </w:r>
            <w:proofErr w:type="spellEnd"/>
            <w:r w:rsidRPr="007D1507">
              <w:rPr>
                <w:rFonts w:ascii="Verdana" w:hAnsi="Verdana"/>
                <w:b/>
                <w:color w:val="000000" w:themeColor="text1"/>
              </w:rPr>
              <w:t xml:space="preserve"> / </w:t>
            </w:r>
            <w:proofErr w:type="spellStart"/>
            <w:r w:rsidRPr="007D1507">
              <w:rPr>
                <w:rFonts w:ascii="Verdana" w:hAnsi="Verdana"/>
                <w:b/>
                <w:color w:val="000000" w:themeColor="text1"/>
              </w:rPr>
              <w:t>Θεμ</w:t>
            </w:r>
            <w:proofErr w:type="spellEnd"/>
            <w:r w:rsidRPr="007D1507">
              <w:rPr>
                <w:rFonts w:ascii="Verdana" w:hAnsi="Verdana"/>
                <w:b/>
                <w:color w:val="000000" w:themeColor="text1"/>
              </w:rPr>
              <w:t>ατική</w:t>
            </w:r>
          </w:p>
        </w:tc>
        <w:tc>
          <w:tcPr>
            <w:tcW w:w="6281" w:type="dxa"/>
          </w:tcPr>
          <w:p w14:paraId="3C42CB26" w14:textId="77777777" w:rsidR="00B3002F" w:rsidRPr="007D1507" w:rsidRDefault="00000000" w:rsidP="001A3CD3">
            <w:pPr>
              <w:spacing w:before="80" w:after="8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b/>
                <w:color w:val="000000" w:themeColor="text1"/>
              </w:rPr>
              <w:t>Vocabulaire &amp; Exemples / Λεξιλόγιο &amp; Παραδείγματα</w:t>
            </w:r>
          </w:p>
        </w:tc>
      </w:tr>
      <w:tr w:rsidR="00B3002F" w:rsidRPr="007D1507" w14:paraId="2CFBF940" w14:textId="77777777" w:rsidTr="00DF2ACF">
        <w:trPr>
          <w:trHeight w:val="1085"/>
          <w:jc w:val="center"/>
        </w:trPr>
        <w:tc>
          <w:tcPr>
            <w:tcW w:w="3213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BD4323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b/>
                <w:color w:val="000000" w:themeColor="text1"/>
              </w:rPr>
              <w:t>Les jours (Οι ημέρες)</w:t>
            </w:r>
          </w:p>
        </w:tc>
        <w:tc>
          <w:tcPr>
            <w:tcW w:w="6281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C57A92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proofErr w:type="spellStart"/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lundi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 xml:space="preserve"> (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Δευτέρ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 xml:space="preserve">α), </w:t>
            </w:r>
            <w:proofErr w:type="spellStart"/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mardi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 xml:space="preserve"> (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Τρίτη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 xml:space="preserve">), </w:t>
            </w:r>
            <w:proofErr w:type="spellStart"/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mercredi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 xml:space="preserve"> (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Τετάρτη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 xml:space="preserve">), </w:t>
            </w:r>
            <w:proofErr w:type="spellStart"/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jeudi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 xml:space="preserve"> (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Πέμ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 xml:space="preserve">πτη),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vendredi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(Παρασκευή),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samedi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(Σάββατο),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dimanche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(Κυριακή)</w:t>
            </w:r>
          </w:p>
        </w:tc>
      </w:tr>
      <w:tr w:rsidR="00B3002F" w:rsidRPr="007D1507" w14:paraId="6A822EDE" w14:textId="77777777" w:rsidTr="00DF2ACF">
        <w:trPr>
          <w:trHeight w:val="761"/>
          <w:jc w:val="center"/>
        </w:trPr>
        <w:tc>
          <w:tcPr>
            <w:tcW w:w="321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95C74B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b/>
                <w:color w:val="000000" w:themeColor="text1"/>
              </w:rPr>
              <w:t>Les repères temporels (Χρονικοί δείκτες)</w:t>
            </w:r>
          </w:p>
        </w:tc>
        <w:tc>
          <w:tcPr>
            <w:tcW w:w="62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B672E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aujourd'hui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(σήμερα),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demain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(αύριο),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hier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(χθες),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le week-end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(το Σαββατοκύριακο)</w:t>
            </w:r>
          </w:p>
        </w:tc>
      </w:tr>
      <w:tr w:rsidR="00B3002F" w:rsidRPr="007D1507" w14:paraId="608F71C0" w14:textId="77777777" w:rsidTr="00DF2ACF">
        <w:trPr>
          <w:trHeight w:val="1750"/>
          <w:jc w:val="center"/>
        </w:trPr>
        <w:tc>
          <w:tcPr>
            <w:tcW w:w="3213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4CEEB7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b/>
                <w:color w:val="000000" w:themeColor="text1"/>
              </w:rPr>
              <w:t>Les mois (Οι μήνες)</w:t>
            </w:r>
          </w:p>
        </w:tc>
        <w:tc>
          <w:tcPr>
            <w:tcW w:w="6281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6EA3D1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janvier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(Ιανουάριος),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février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(Φεβρουάριος),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mars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(Μάρτιος),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avril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(Απρίλιος),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mai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(Μάιος),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juin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(Ιούνιος),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juillet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(Ιούλιος),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août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(Αύγουστος),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septembre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(Σεπτέμβριος),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octobre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(Οκτώβριος),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novembre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(Νοέμβριος),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décembre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(Δεκέμβριος)</w:t>
            </w:r>
          </w:p>
        </w:tc>
      </w:tr>
      <w:tr w:rsidR="00B3002F" w:rsidRPr="007D1507" w14:paraId="694DF20E" w14:textId="77777777" w:rsidTr="00DF2ACF">
        <w:trPr>
          <w:trHeight w:val="761"/>
          <w:jc w:val="center"/>
        </w:trPr>
        <w:tc>
          <w:tcPr>
            <w:tcW w:w="321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0BB102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b/>
                <w:color w:val="000000" w:themeColor="text1"/>
              </w:rPr>
              <w:t>Les saisons (Οι εποχές)</w:t>
            </w:r>
          </w:p>
        </w:tc>
        <w:tc>
          <w:tcPr>
            <w:tcW w:w="62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9286E6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le printemps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(η άνοιξη),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 xml:space="preserve"> l'été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(το καλοκαίρι),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l'automne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(το φθινόπωρο),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l'hiver</w:t>
            </w:r>
            <w:r w:rsidRPr="007D1507">
              <w:rPr>
                <w:rFonts w:ascii="Verdana" w:hAnsi="Verdana"/>
                <w:color w:val="000000" w:themeColor="text1"/>
              </w:rPr>
              <w:t xml:space="preserve"> (ο χειμώνας)</w:t>
            </w:r>
          </w:p>
        </w:tc>
      </w:tr>
      <w:tr w:rsidR="00B3002F" w:rsidRPr="007D1507" w14:paraId="45695C8E" w14:textId="77777777" w:rsidTr="00DF2ACF">
        <w:trPr>
          <w:trHeight w:val="1085"/>
          <w:jc w:val="center"/>
        </w:trPr>
        <w:tc>
          <w:tcPr>
            <w:tcW w:w="3213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4BEE61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b/>
                <w:color w:val="000000" w:themeColor="text1"/>
              </w:rPr>
              <w:t>Les prépositions (Προθέσεις)</w:t>
            </w:r>
          </w:p>
        </w:tc>
        <w:tc>
          <w:tcPr>
            <w:tcW w:w="6281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0503A2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au</w:t>
            </w:r>
            <w:r w:rsidRPr="007D1507">
              <w:rPr>
                <w:rFonts w:ascii="Verdana" w:hAnsi="Verdana"/>
                <w:color w:val="000000" w:themeColor="text1"/>
              </w:rPr>
              <w:t xml:space="preserve">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printemps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(την άνοιξη),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en été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(το καλοκαίρι),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en</w:t>
            </w:r>
            <w:r w:rsidRPr="007D1507">
              <w:rPr>
                <w:rFonts w:ascii="Verdana" w:hAnsi="Verdana"/>
                <w:color w:val="000000" w:themeColor="text1"/>
              </w:rPr>
              <w:t xml:space="preserve">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automne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(το φθινόπωρο),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en hiver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(το χειμώνα),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en</w:t>
            </w:r>
            <w:r w:rsidRPr="007D1507">
              <w:rPr>
                <w:rFonts w:ascii="Verdana" w:hAnsi="Verdana"/>
                <w:color w:val="000000" w:themeColor="text1"/>
              </w:rPr>
              <w:t xml:space="preserve"> </w:t>
            </w:r>
            <w:r w:rsidRPr="00DF2ACF">
              <w:rPr>
                <w:rFonts w:ascii="Verdana" w:hAnsi="Verdana"/>
                <w:b/>
                <w:bCs/>
                <w:color w:val="000000" w:themeColor="text1"/>
              </w:rPr>
              <w:t>janvier</w:t>
            </w:r>
            <w:r w:rsidRPr="007D1507">
              <w:rPr>
                <w:rFonts w:ascii="Verdana" w:hAnsi="Verdana"/>
                <w:color w:val="000000" w:themeColor="text1"/>
              </w:rPr>
              <w:t xml:space="preserve"> (τον Ιανουάριο)</w:t>
            </w:r>
          </w:p>
        </w:tc>
      </w:tr>
      <w:tr w:rsidR="00B3002F" w:rsidRPr="00610979" w14:paraId="5C9127DB" w14:textId="77777777" w:rsidTr="00DF2ACF">
        <w:trPr>
          <w:trHeight w:val="2917"/>
          <w:jc w:val="center"/>
        </w:trPr>
        <w:tc>
          <w:tcPr>
            <w:tcW w:w="321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10936B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fr-CA"/>
              </w:rPr>
            </w:pPr>
            <w:r w:rsidRPr="007D1507">
              <w:rPr>
                <w:rFonts w:ascii="Verdana" w:hAnsi="Verdana"/>
                <w:b/>
                <w:color w:val="000000" w:themeColor="text1"/>
                <w:lang w:val="fr-CA"/>
              </w:rPr>
              <w:t>La date et les anniversaires (</w:t>
            </w:r>
            <w:proofErr w:type="spellStart"/>
            <w:r w:rsidRPr="007D1507">
              <w:rPr>
                <w:rFonts w:ascii="Verdana" w:hAnsi="Verdana"/>
                <w:b/>
                <w:color w:val="000000" w:themeColor="text1"/>
              </w:rPr>
              <w:t>Ημερομηνί</w:t>
            </w:r>
            <w:proofErr w:type="spellEnd"/>
            <w:r w:rsidRPr="007D1507">
              <w:rPr>
                <w:rFonts w:ascii="Verdana" w:hAnsi="Verdana"/>
                <w:b/>
                <w:color w:val="000000" w:themeColor="text1"/>
              </w:rPr>
              <w:t>α</w:t>
            </w:r>
            <w:r w:rsidRPr="007D1507">
              <w:rPr>
                <w:rFonts w:ascii="Verdana" w:hAnsi="Verdana"/>
                <w:b/>
                <w:color w:val="000000" w:themeColor="text1"/>
                <w:lang w:val="fr-CA"/>
              </w:rPr>
              <w:t xml:space="preserve"> &amp; </w:t>
            </w:r>
            <w:proofErr w:type="spellStart"/>
            <w:r w:rsidRPr="007D1507">
              <w:rPr>
                <w:rFonts w:ascii="Verdana" w:hAnsi="Verdana"/>
                <w:b/>
                <w:color w:val="000000" w:themeColor="text1"/>
              </w:rPr>
              <w:t>Γενέθλι</w:t>
            </w:r>
            <w:proofErr w:type="spellEnd"/>
            <w:r w:rsidRPr="007D1507">
              <w:rPr>
                <w:rFonts w:ascii="Verdana" w:hAnsi="Verdana"/>
                <w:b/>
                <w:color w:val="000000" w:themeColor="text1"/>
              </w:rPr>
              <w:t>α</w:t>
            </w:r>
            <w:r w:rsidRPr="007D1507">
              <w:rPr>
                <w:rFonts w:ascii="Verdana" w:hAnsi="Verdana"/>
                <w:b/>
                <w:color w:val="000000" w:themeColor="text1"/>
                <w:lang w:val="fr-CA"/>
              </w:rPr>
              <w:t>)</w:t>
            </w:r>
          </w:p>
        </w:tc>
        <w:tc>
          <w:tcPr>
            <w:tcW w:w="628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446BC5" w14:textId="77777777" w:rsidR="00DF2ACF" w:rsidRPr="00610979" w:rsidRDefault="00000000" w:rsidP="001A3CD3">
            <w:pPr>
              <w:spacing w:before="40" w:after="40"/>
              <w:rPr>
                <w:rFonts w:ascii="Verdana" w:hAnsi="Verdana"/>
                <w:b/>
                <w:bCs/>
                <w:color w:val="000000" w:themeColor="text1"/>
                <w:lang w:val="fr-CA"/>
              </w:rPr>
            </w:pPr>
            <w:r w:rsidRPr="00DF2ACF">
              <w:rPr>
                <w:rFonts w:ascii="Verdana" w:hAnsi="Verdana"/>
                <w:b/>
                <w:bCs/>
                <w:color w:val="000000" w:themeColor="text1"/>
                <w:lang w:val="fr-CA"/>
              </w:rPr>
              <w:t xml:space="preserve">Quelle est la date d'aujourd'hui ? </w:t>
            </w:r>
          </w:p>
          <w:p w14:paraId="6F729117" w14:textId="77777777" w:rsidR="00DF2ACF" w:rsidRPr="00610979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fr-CA"/>
              </w:rPr>
            </w:pPr>
            <w:r w:rsidRPr="007D1507">
              <w:rPr>
                <w:rFonts w:ascii="Verdana" w:hAnsi="Verdana"/>
                <w:color w:val="000000" w:themeColor="text1"/>
                <w:lang w:val="fr-CA"/>
              </w:rPr>
              <w:t>(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Ποι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>α</w:t>
            </w:r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ημερομηνί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>α</w:t>
            </w:r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έχουμε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σήμερ</w:t>
            </w:r>
            <w:proofErr w:type="spellEnd"/>
            <w:r w:rsidRPr="007D1507">
              <w:rPr>
                <w:rFonts w:ascii="Verdana" w:hAnsi="Verdana"/>
                <w:color w:val="000000" w:themeColor="text1"/>
              </w:rPr>
              <w:t>α</w:t>
            </w:r>
            <w:r w:rsidRPr="007D1507">
              <w:rPr>
                <w:rFonts w:ascii="Verdana" w:hAnsi="Verdana"/>
                <w:color w:val="000000" w:themeColor="text1"/>
                <w:lang w:val="fr-CA"/>
              </w:rPr>
              <w:t>;)</w:t>
            </w:r>
            <w:r w:rsidRPr="007D1507">
              <w:rPr>
                <w:rFonts w:ascii="Verdana" w:hAnsi="Verdana"/>
                <w:color w:val="000000" w:themeColor="text1"/>
                <w:lang w:val="fr-CA"/>
              </w:rPr>
              <w:br/>
            </w:r>
            <w:r w:rsidRPr="00DF2ACF">
              <w:rPr>
                <w:rFonts w:ascii="Verdana" w:hAnsi="Verdana"/>
                <w:b/>
                <w:bCs/>
                <w:color w:val="000000" w:themeColor="text1"/>
                <w:lang w:val="fr-CA"/>
              </w:rPr>
              <w:t>Aujourd'hui, c'est le 15 octobre.</w:t>
            </w:r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 </w:t>
            </w:r>
          </w:p>
          <w:p w14:paraId="2142D9BD" w14:textId="77777777" w:rsidR="00DF2ACF" w:rsidRPr="00610979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fr-CA"/>
              </w:rPr>
            </w:pPr>
            <w:r w:rsidRPr="00DF2ACF">
              <w:rPr>
                <w:rFonts w:ascii="Verdana" w:hAnsi="Verdana"/>
                <w:color w:val="000000" w:themeColor="text1"/>
                <w:lang w:val="fr-CA"/>
              </w:rPr>
              <w:t>(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Σήμερα</w:t>
            </w:r>
            <w:r w:rsidRPr="00DF2ACF">
              <w:rPr>
                <w:rFonts w:ascii="Verdana" w:hAnsi="Verdana"/>
                <w:color w:val="000000" w:themeColor="text1"/>
                <w:lang w:val="fr-CA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είναι</w:t>
            </w:r>
            <w:r w:rsidRPr="00DF2ACF">
              <w:rPr>
                <w:rFonts w:ascii="Verdana" w:hAnsi="Verdana"/>
                <w:color w:val="000000" w:themeColor="text1"/>
                <w:lang w:val="fr-CA"/>
              </w:rPr>
              <w:t xml:space="preserve"> 15 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Οκτωβρίου</w:t>
            </w:r>
            <w:r w:rsidRPr="00DF2ACF">
              <w:rPr>
                <w:rFonts w:ascii="Verdana" w:hAnsi="Verdana"/>
                <w:color w:val="000000" w:themeColor="text1"/>
                <w:lang w:val="fr-CA"/>
              </w:rPr>
              <w:t>.)</w:t>
            </w:r>
            <w:r w:rsidRPr="00DF2ACF">
              <w:rPr>
                <w:rFonts w:ascii="Verdana" w:hAnsi="Verdana"/>
                <w:color w:val="000000" w:themeColor="text1"/>
                <w:lang w:val="fr-CA"/>
              </w:rPr>
              <w:br/>
            </w:r>
            <w:r w:rsidRPr="00DF2ACF">
              <w:rPr>
                <w:rFonts w:ascii="Verdana" w:hAnsi="Verdana"/>
                <w:b/>
                <w:bCs/>
                <w:color w:val="000000" w:themeColor="text1"/>
                <w:lang w:val="fr-CA"/>
              </w:rPr>
              <w:t>C'est quand ton anniversaire ?</w:t>
            </w:r>
            <w:r w:rsidRPr="00DF2ACF">
              <w:rPr>
                <w:rFonts w:ascii="Verdana" w:hAnsi="Verdana"/>
                <w:color w:val="000000" w:themeColor="text1"/>
                <w:lang w:val="fr-CA"/>
              </w:rPr>
              <w:t xml:space="preserve"> </w:t>
            </w:r>
          </w:p>
          <w:p w14:paraId="6E973EFF" w14:textId="77777777" w:rsidR="00DF2ACF" w:rsidRPr="00610979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fr-CA"/>
              </w:rPr>
            </w:pPr>
            <w:r w:rsidRPr="00DF2ACF">
              <w:rPr>
                <w:rFonts w:ascii="Verdana" w:hAnsi="Verdana"/>
                <w:color w:val="000000" w:themeColor="text1"/>
                <w:lang w:val="el-GR"/>
              </w:rPr>
              <w:t>(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Πότε</w:t>
            </w:r>
            <w:r w:rsidRPr="00DF2ACF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είναι</w:t>
            </w:r>
            <w:r w:rsidRPr="00DF2ACF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τα</w:t>
            </w:r>
            <w:r w:rsidRPr="00DF2ACF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γενέθλιά</w:t>
            </w:r>
            <w:r w:rsidRPr="00DF2ACF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σου</w:t>
            </w:r>
            <w:r w:rsidRPr="00DF2ACF">
              <w:rPr>
                <w:rFonts w:ascii="Verdana" w:hAnsi="Verdana"/>
                <w:color w:val="000000" w:themeColor="text1"/>
                <w:lang w:val="el-GR"/>
              </w:rPr>
              <w:t>;)</w:t>
            </w:r>
            <w:r w:rsidRPr="00DF2ACF">
              <w:rPr>
                <w:rFonts w:ascii="Verdana" w:hAnsi="Verdana"/>
                <w:color w:val="000000" w:themeColor="text1"/>
                <w:lang w:val="el-GR"/>
              </w:rPr>
              <w:br/>
            </w:r>
            <w:r w:rsidRPr="00DF2ACF">
              <w:rPr>
                <w:rFonts w:ascii="Verdana" w:hAnsi="Verdana"/>
                <w:b/>
                <w:bCs/>
                <w:color w:val="000000" w:themeColor="text1"/>
                <w:lang w:val="fr-CA"/>
              </w:rPr>
              <w:t>Mon anniversaire est le 24 mai.</w:t>
            </w:r>
            <w:r w:rsidRPr="00DF2ACF">
              <w:rPr>
                <w:rFonts w:ascii="Verdana" w:hAnsi="Verdana"/>
                <w:color w:val="000000" w:themeColor="text1"/>
                <w:lang w:val="fr-CA"/>
              </w:rPr>
              <w:t xml:space="preserve"> </w:t>
            </w:r>
          </w:p>
          <w:p w14:paraId="74F455EC" w14:textId="1CA7DB5D" w:rsidR="00B3002F" w:rsidRPr="00DF2ACF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el-GR"/>
              </w:rPr>
            </w:pPr>
            <w:r w:rsidRPr="00DF2ACF">
              <w:rPr>
                <w:rFonts w:ascii="Verdana" w:hAnsi="Verdana"/>
                <w:color w:val="000000" w:themeColor="text1"/>
                <w:lang w:val="el-GR"/>
              </w:rPr>
              <w:t>(Τα γενέθλιά μου είναι στις 24 Μαΐου.)</w:t>
            </w:r>
          </w:p>
        </w:tc>
      </w:tr>
    </w:tbl>
    <w:p w14:paraId="47B2F6C4" w14:textId="77777777" w:rsidR="00B3002F" w:rsidRPr="00DF2ACF" w:rsidRDefault="00B3002F" w:rsidP="001A3CD3">
      <w:pPr>
        <w:spacing w:after="120"/>
        <w:rPr>
          <w:rFonts w:ascii="Verdana" w:hAnsi="Verdana"/>
          <w:color w:val="000000" w:themeColor="text1"/>
          <w:lang w:val="el-GR"/>
        </w:rPr>
      </w:pPr>
    </w:p>
    <w:p w14:paraId="2E7434A2" w14:textId="77777777" w:rsidR="007D1507" w:rsidRPr="00DF2ACF" w:rsidRDefault="007D1507" w:rsidP="001A3CD3">
      <w:pPr>
        <w:spacing w:before="240" w:after="120"/>
        <w:rPr>
          <w:rFonts w:ascii="Verdana" w:hAnsi="Verdana"/>
          <w:b/>
          <w:color w:val="000000" w:themeColor="text1"/>
          <w:lang w:val="el-GR"/>
        </w:rPr>
      </w:pPr>
    </w:p>
    <w:p w14:paraId="37B1A0DC" w14:textId="568B060E" w:rsidR="00B3002F" w:rsidRPr="007D1507" w:rsidRDefault="00000000" w:rsidP="001A3CD3">
      <w:pPr>
        <w:spacing w:before="240" w:after="12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b/>
          <w:color w:val="000000" w:themeColor="text1"/>
          <w:lang w:val="fr-CA"/>
        </w:rPr>
        <w:lastRenderedPageBreak/>
        <w:t>2. RÈGLES DE GRAMMAIRE &amp; SYNTAXE (</w:t>
      </w:r>
      <w:r w:rsidRPr="007D1507">
        <w:rPr>
          <w:rFonts w:ascii="Verdana" w:hAnsi="Verdana"/>
          <w:b/>
          <w:color w:val="000000" w:themeColor="text1"/>
        </w:rPr>
        <w:t>Κα</w:t>
      </w:r>
      <w:proofErr w:type="spellStart"/>
      <w:r w:rsidRPr="007D1507">
        <w:rPr>
          <w:rFonts w:ascii="Verdana" w:hAnsi="Verdana"/>
          <w:b/>
          <w:color w:val="000000" w:themeColor="text1"/>
        </w:rPr>
        <w:t>νόνες</w:t>
      </w:r>
      <w:proofErr w:type="spellEnd"/>
      <w:r w:rsidRPr="007D1507">
        <w:rPr>
          <w:rFonts w:ascii="Verdana" w:hAnsi="Verdana"/>
          <w:b/>
          <w:color w:val="000000" w:themeColor="text1"/>
          <w:lang w:val="fr-CA"/>
        </w:rPr>
        <w:t xml:space="preserve"> </w:t>
      </w:r>
      <w:proofErr w:type="spellStart"/>
      <w:r w:rsidRPr="007D1507">
        <w:rPr>
          <w:rFonts w:ascii="Verdana" w:hAnsi="Verdana"/>
          <w:b/>
          <w:color w:val="000000" w:themeColor="text1"/>
        </w:rPr>
        <w:t>Γρ</w:t>
      </w:r>
      <w:proofErr w:type="spellEnd"/>
      <w:r w:rsidRPr="007D1507">
        <w:rPr>
          <w:rFonts w:ascii="Verdana" w:hAnsi="Verdana"/>
          <w:b/>
          <w:color w:val="000000" w:themeColor="text1"/>
        </w:rPr>
        <w:t>αμματικής</w:t>
      </w:r>
      <w:r w:rsidRPr="007D1507">
        <w:rPr>
          <w:rFonts w:ascii="Verdana" w:hAnsi="Verdana"/>
          <w:b/>
          <w:color w:val="000000" w:themeColor="text1"/>
          <w:lang w:val="fr-CA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B3002F" w:rsidRPr="00610979" w14:paraId="344A776E" w14:textId="77777777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474E1BA" w14:textId="77777777" w:rsidR="00B3002F" w:rsidRPr="007D1507" w:rsidRDefault="00000000" w:rsidP="001A3CD3">
            <w:pPr>
              <w:spacing w:after="80"/>
              <w:rPr>
                <w:rFonts w:ascii="Verdana" w:hAnsi="Verdana"/>
                <w:color w:val="000000" w:themeColor="text1"/>
                <w:lang w:val="fr-CA"/>
              </w:rPr>
            </w:pPr>
            <w:r w:rsidRPr="007D1507">
              <w:rPr>
                <w:rFonts w:ascii="Segoe UI Emoji" w:hAnsi="Segoe UI Emoji" w:cs="Segoe UI Emoji"/>
                <w:b/>
                <w:color w:val="000000" w:themeColor="text1"/>
              </w:rPr>
              <w:t>📌</w:t>
            </w:r>
            <w:r w:rsidRPr="007D1507">
              <w:rPr>
                <w:rFonts w:ascii="Verdana" w:hAnsi="Verdana"/>
                <w:b/>
                <w:color w:val="000000" w:themeColor="text1"/>
                <w:lang w:val="fr-CA"/>
              </w:rPr>
              <w:t xml:space="preserve"> RÈGLES D'UTILISATION DES PRÉPOSITIONS ET DU CALENDRIER</w:t>
            </w:r>
            <w:r w:rsidRPr="007D1507">
              <w:rPr>
                <w:rFonts w:ascii="Verdana" w:hAnsi="Verdana"/>
                <w:b/>
                <w:color w:val="000000" w:themeColor="text1"/>
                <w:lang w:val="fr-CA"/>
              </w:rPr>
              <w:br/>
            </w:r>
          </w:p>
          <w:p w14:paraId="03047331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el-GR"/>
              </w:rPr>
            </w:pP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1. 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Les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 xml:space="preserve"> </w:t>
            </w:r>
            <w:proofErr w:type="spellStart"/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jours</w:t>
            </w:r>
            <w:proofErr w:type="spellEnd"/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 xml:space="preserve"> 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de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 xml:space="preserve"> 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la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 xml:space="preserve"> </w:t>
            </w:r>
            <w:proofErr w:type="spellStart"/>
            <w:proofErr w:type="gramStart"/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semaine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:</w:t>
            </w:r>
            <w:proofErr w:type="gramEnd"/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Οι ημέρες γράφονται με μικρό αρχικό γράμμα (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lundi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,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mardi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>...).</w:t>
            </w:r>
          </w:p>
          <w:p w14:paraId="5CC3D160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el-GR"/>
              </w:rPr>
            </w:pP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  • 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>Χωρίς άρθρο για συγκεκριμένη ημέρα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: </w:t>
            </w:r>
            <w:r w:rsidRPr="007D1507">
              <w:rPr>
                <w:rFonts w:ascii="Verdana" w:hAnsi="Verdana"/>
                <w:color w:val="000000" w:themeColor="text1"/>
              </w:rPr>
              <w:t>Lundi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, </w:t>
            </w:r>
            <w:r w:rsidRPr="007D1507">
              <w:rPr>
                <w:rFonts w:ascii="Verdana" w:hAnsi="Verdana"/>
                <w:color w:val="000000" w:themeColor="text1"/>
              </w:rPr>
              <w:t>j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'</w:t>
            </w:r>
            <w:r w:rsidRPr="007D1507">
              <w:rPr>
                <w:rFonts w:ascii="Verdana" w:hAnsi="Verdana"/>
                <w:color w:val="000000" w:themeColor="text1"/>
              </w:rPr>
              <w:t>ai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cours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</w:rPr>
              <w:t>de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fran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>ç</w:t>
            </w:r>
            <w:r w:rsidRPr="007D1507">
              <w:rPr>
                <w:rFonts w:ascii="Verdana" w:hAnsi="Verdana"/>
                <w:color w:val="000000" w:themeColor="text1"/>
              </w:rPr>
              <w:t>ais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. (Τη Δευτέρα έχω γαλλικά).</w:t>
            </w:r>
          </w:p>
          <w:p w14:paraId="5F444104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el-GR"/>
              </w:rPr>
            </w:pP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  • 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>Με το οριστικό άρθρο '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le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>' για συνήθεια/επανάληψη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: </w:t>
            </w:r>
            <w:r w:rsidRPr="007D1507">
              <w:rPr>
                <w:rFonts w:ascii="Verdana" w:hAnsi="Verdana"/>
                <w:color w:val="000000" w:themeColor="text1"/>
              </w:rPr>
              <w:t>Le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lundi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, </w:t>
            </w:r>
            <w:r w:rsidRPr="007D1507">
              <w:rPr>
                <w:rFonts w:ascii="Verdana" w:hAnsi="Verdana"/>
                <w:color w:val="000000" w:themeColor="text1"/>
              </w:rPr>
              <w:t>j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'</w:t>
            </w:r>
            <w:r w:rsidRPr="007D1507">
              <w:rPr>
                <w:rFonts w:ascii="Verdana" w:hAnsi="Verdana"/>
                <w:color w:val="000000" w:themeColor="text1"/>
              </w:rPr>
              <w:t>ai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cours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</w:rPr>
              <w:t>de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fran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>ç</w:t>
            </w:r>
            <w:r w:rsidRPr="007D1507">
              <w:rPr>
                <w:rFonts w:ascii="Verdana" w:hAnsi="Verdana"/>
                <w:color w:val="000000" w:themeColor="text1"/>
              </w:rPr>
              <w:t>ais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. (</w:t>
            </w:r>
            <w:r w:rsidRPr="007D1507">
              <w:rPr>
                <w:rFonts w:ascii="Verdana" w:hAnsi="Verdana"/>
                <w:color w:val="000000" w:themeColor="text1"/>
              </w:rPr>
              <w:t>K</w:t>
            </w:r>
            <w:proofErr w:type="spellStart"/>
            <w:r w:rsidRPr="007D1507">
              <w:rPr>
                <w:rFonts w:ascii="Verdana" w:hAnsi="Verdana"/>
                <w:color w:val="000000" w:themeColor="text1"/>
                <w:lang w:val="el-GR"/>
              </w:rPr>
              <w:t>άθε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Δευτέρα έχω γαλλικά).</w:t>
            </w:r>
          </w:p>
          <w:p w14:paraId="587F31EF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el-GR"/>
              </w:rPr>
            </w:pP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2. 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Les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 xml:space="preserve"> 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saisons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 xml:space="preserve"> &amp; 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les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 xml:space="preserve"> </w:t>
            </w:r>
            <w:proofErr w:type="gramStart"/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pr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>é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positions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:</w:t>
            </w:r>
            <w:proofErr w:type="gramEnd"/>
          </w:p>
          <w:p w14:paraId="22AB84DA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el-GR"/>
              </w:rPr>
            </w:pP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  • 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>Χρησιμοποιούμε την πρόθεση '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en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 xml:space="preserve">' μπροστά από φωνήεν/βουβό 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h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: </w:t>
            </w:r>
            <w:r w:rsidRPr="007D1507">
              <w:rPr>
                <w:rFonts w:ascii="Verdana" w:hAnsi="Verdana"/>
                <w:color w:val="000000" w:themeColor="text1"/>
              </w:rPr>
              <w:t>en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é</w:t>
            </w:r>
            <w:r w:rsidRPr="007D1507">
              <w:rPr>
                <w:rFonts w:ascii="Verdana" w:hAnsi="Verdana"/>
                <w:color w:val="000000" w:themeColor="text1"/>
              </w:rPr>
              <w:t>t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é, </w:t>
            </w:r>
            <w:r w:rsidRPr="007D1507">
              <w:rPr>
                <w:rFonts w:ascii="Verdana" w:hAnsi="Verdana"/>
                <w:color w:val="000000" w:themeColor="text1"/>
              </w:rPr>
              <w:t>en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automne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, </w:t>
            </w:r>
            <w:r w:rsidRPr="007D1507">
              <w:rPr>
                <w:rFonts w:ascii="Verdana" w:hAnsi="Verdana"/>
                <w:color w:val="000000" w:themeColor="text1"/>
              </w:rPr>
              <w:t>en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</w:rPr>
              <w:t>hiver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.</w:t>
            </w:r>
          </w:p>
          <w:p w14:paraId="29146FAC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el-GR"/>
              </w:rPr>
            </w:pP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  • 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>Χρησιμοποιούμε την πρόθεση '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au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>' μπροστά από σύμφωνο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: </w:t>
            </w:r>
            <w:r w:rsidRPr="007D1507">
              <w:rPr>
                <w:rFonts w:ascii="Verdana" w:hAnsi="Verdana"/>
                <w:color w:val="000000" w:themeColor="text1"/>
              </w:rPr>
              <w:t>au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</w:rPr>
              <w:t>printemps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.</w:t>
            </w:r>
          </w:p>
          <w:p w14:paraId="100CD01C" w14:textId="3B13F3C2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fr-CA"/>
              </w:rPr>
            </w:pPr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3. 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fr-CA"/>
              </w:rPr>
              <w:t>Les mois</w:t>
            </w:r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 : </w:t>
            </w:r>
            <w:r w:rsidRPr="007D1507">
              <w:rPr>
                <w:rFonts w:ascii="Verdana" w:hAnsi="Verdana"/>
                <w:color w:val="000000" w:themeColor="text1"/>
              </w:rPr>
              <w:t>Χρησιμοπ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οιούμε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την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</w:rPr>
              <w:t>π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ρόθεση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 </w:t>
            </w:r>
            <w:r w:rsidRPr="00D80627">
              <w:rPr>
                <w:rFonts w:ascii="Verdana" w:hAnsi="Verdana"/>
                <w:b/>
                <w:bCs/>
                <w:color w:val="000000" w:themeColor="text1"/>
                <w:lang w:val="fr-CA"/>
              </w:rPr>
              <w:t>'en'</w:t>
            </w:r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 (en mai, en octobre) </w:t>
            </w:r>
            <w:r w:rsidRPr="007D1507">
              <w:rPr>
                <w:rFonts w:ascii="Verdana" w:hAnsi="Verdana"/>
                <w:color w:val="000000" w:themeColor="text1"/>
              </w:rPr>
              <w:t>ή</w:t>
            </w:r>
            <w:r w:rsidRPr="007D1507">
              <w:rPr>
                <w:rFonts w:ascii="Verdana" w:hAnsi="Verdana"/>
                <w:color w:val="000000" w:themeColor="text1"/>
                <w:lang w:val="fr-CA"/>
              </w:rPr>
              <w:t xml:space="preserve"> 'au mois de' (au mois de mai).</w:t>
            </w:r>
          </w:p>
          <w:p w14:paraId="5698859B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el-GR"/>
              </w:rPr>
            </w:pP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4. </w:t>
            </w:r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La</w:t>
            </w:r>
            <w:r w:rsidRPr="00610979">
              <w:rPr>
                <w:rFonts w:ascii="Verdana" w:hAnsi="Verdana"/>
                <w:b/>
                <w:bCs/>
                <w:color w:val="000000" w:themeColor="text1"/>
                <w:lang w:val="el-GR"/>
              </w:rPr>
              <w:t xml:space="preserve"> </w:t>
            </w:r>
            <w:proofErr w:type="gramStart"/>
            <w:r w:rsidRPr="00610979">
              <w:rPr>
                <w:rFonts w:ascii="Verdana" w:hAnsi="Verdana"/>
                <w:b/>
                <w:bCs/>
                <w:color w:val="000000" w:themeColor="text1"/>
              </w:rPr>
              <w:t>date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:</w:t>
            </w:r>
            <w:proofErr w:type="gramEnd"/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Για την ημερομηνία λέμε: '</w:t>
            </w:r>
            <w:r w:rsidRPr="007D1507">
              <w:rPr>
                <w:rFonts w:ascii="Verdana" w:hAnsi="Verdana"/>
                <w:color w:val="000000" w:themeColor="text1"/>
              </w:rPr>
              <w:t>C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'</w:t>
            </w:r>
            <w:r w:rsidRPr="007D1507">
              <w:rPr>
                <w:rFonts w:ascii="Verdana" w:hAnsi="Verdana"/>
                <w:color w:val="000000" w:themeColor="text1"/>
              </w:rPr>
              <w:t>est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</w:rPr>
              <w:t>le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+ αριθμός + μήνας' (π.χ. </w:t>
            </w:r>
            <w:r w:rsidRPr="007D1507">
              <w:rPr>
                <w:rFonts w:ascii="Verdana" w:hAnsi="Verdana"/>
                <w:color w:val="000000" w:themeColor="text1"/>
              </w:rPr>
              <w:t>C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'</w:t>
            </w:r>
            <w:r w:rsidRPr="007D1507">
              <w:rPr>
                <w:rFonts w:ascii="Verdana" w:hAnsi="Verdana"/>
                <w:color w:val="000000" w:themeColor="text1"/>
              </w:rPr>
              <w:t>est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</w:rPr>
              <w:t>le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12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mai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>). Εξαίρεση: για την πρώτη μέρα του μήνα λέμε '</w:t>
            </w:r>
            <w:r w:rsidRPr="007D1507">
              <w:rPr>
                <w:rFonts w:ascii="Verdana" w:hAnsi="Verdana"/>
                <w:color w:val="000000" w:themeColor="text1"/>
              </w:rPr>
              <w:t>le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</w:rPr>
              <w:t>premier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' (π.χ. </w:t>
            </w:r>
            <w:r w:rsidRPr="007D1507">
              <w:rPr>
                <w:rFonts w:ascii="Verdana" w:hAnsi="Verdana"/>
                <w:color w:val="000000" w:themeColor="text1"/>
              </w:rPr>
              <w:t>C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>'</w:t>
            </w:r>
            <w:r w:rsidRPr="007D1507">
              <w:rPr>
                <w:rFonts w:ascii="Verdana" w:hAnsi="Verdana"/>
                <w:color w:val="000000" w:themeColor="text1"/>
              </w:rPr>
              <w:t>est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r w:rsidRPr="007D1507">
              <w:rPr>
                <w:rFonts w:ascii="Verdana" w:hAnsi="Verdana"/>
                <w:color w:val="000000" w:themeColor="text1"/>
              </w:rPr>
              <w:t>le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1</w:t>
            </w:r>
            <w:r w:rsidRPr="007D1507">
              <w:rPr>
                <w:rFonts w:ascii="Verdana" w:hAnsi="Verdana"/>
                <w:color w:val="000000" w:themeColor="text1"/>
              </w:rPr>
              <w:t>er</w:t>
            </w:r>
            <w:r w:rsidRPr="007D1507">
              <w:rPr>
                <w:rFonts w:ascii="Verdana" w:hAnsi="Verdana"/>
                <w:color w:val="000000" w:themeColor="text1"/>
                <w:lang w:val="el-GR"/>
              </w:rPr>
              <w:t xml:space="preserve"> </w:t>
            </w:r>
            <w:proofErr w:type="spellStart"/>
            <w:r w:rsidRPr="007D1507">
              <w:rPr>
                <w:rFonts w:ascii="Verdana" w:hAnsi="Verdana"/>
                <w:color w:val="000000" w:themeColor="text1"/>
              </w:rPr>
              <w:t>mai</w:t>
            </w:r>
            <w:proofErr w:type="spellEnd"/>
            <w:r w:rsidRPr="007D1507">
              <w:rPr>
                <w:rFonts w:ascii="Verdana" w:hAnsi="Verdana"/>
                <w:color w:val="000000" w:themeColor="text1"/>
                <w:lang w:val="el-GR"/>
              </w:rPr>
              <w:t>).</w:t>
            </w:r>
          </w:p>
        </w:tc>
      </w:tr>
    </w:tbl>
    <w:p w14:paraId="27D494EC" w14:textId="77777777" w:rsidR="00B3002F" w:rsidRPr="007D1507" w:rsidRDefault="00B3002F" w:rsidP="001A3CD3">
      <w:pPr>
        <w:spacing w:after="120"/>
        <w:rPr>
          <w:rFonts w:ascii="Verdana" w:hAnsi="Verdana"/>
          <w:color w:val="000000" w:themeColor="text1"/>
          <w:lang w:val="el-GR"/>
        </w:rPr>
      </w:pPr>
    </w:p>
    <w:p w14:paraId="2161F309" w14:textId="77777777" w:rsidR="00B3002F" w:rsidRPr="007D1507" w:rsidRDefault="00000000" w:rsidP="001A3CD3">
      <w:pPr>
        <w:spacing w:before="240" w:after="12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b/>
          <w:color w:val="000000" w:themeColor="text1"/>
          <w:lang w:val="fr-CA"/>
        </w:rPr>
        <w:t>3. EXERCICES PRATIQUES (</w:t>
      </w:r>
      <w:proofErr w:type="spellStart"/>
      <w:r w:rsidRPr="007D1507">
        <w:rPr>
          <w:rFonts w:ascii="Verdana" w:hAnsi="Verdana"/>
          <w:b/>
          <w:color w:val="000000" w:themeColor="text1"/>
        </w:rPr>
        <w:t>Ασκήσεις</w:t>
      </w:r>
      <w:proofErr w:type="spellEnd"/>
      <w:r w:rsidRPr="007D1507">
        <w:rPr>
          <w:rFonts w:ascii="Verdana" w:hAnsi="Verdana"/>
          <w:b/>
          <w:color w:val="000000" w:themeColor="text1"/>
          <w:lang w:val="fr-CA"/>
        </w:rPr>
        <w:t xml:space="preserve"> </w:t>
      </w:r>
      <w:proofErr w:type="spellStart"/>
      <w:r w:rsidRPr="007D1507">
        <w:rPr>
          <w:rFonts w:ascii="Verdana" w:hAnsi="Verdana"/>
          <w:b/>
          <w:color w:val="000000" w:themeColor="text1"/>
        </w:rPr>
        <w:t>Εμ</w:t>
      </w:r>
      <w:proofErr w:type="spellEnd"/>
      <w:r w:rsidRPr="007D1507">
        <w:rPr>
          <w:rFonts w:ascii="Verdana" w:hAnsi="Verdana"/>
          <w:b/>
          <w:color w:val="000000" w:themeColor="text1"/>
        </w:rPr>
        <w:t>πέδωσης</w:t>
      </w:r>
      <w:r w:rsidRPr="007D1507">
        <w:rPr>
          <w:rFonts w:ascii="Verdana" w:hAnsi="Verdana"/>
          <w:b/>
          <w:color w:val="000000" w:themeColor="text1"/>
          <w:lang w:val="fr-CA"/>
        </w:rPr>
        <w:t>)</w:t>
      </w:r>
    </w:p>
    <w:p w14:paraId="45B556D1" w14:textId="77777777" w:rsidR="00B3002F" w:rsidRPr="007D1507" w:rsidRDefault="00000000" w:rsidP="001A3CD3">
      <w:pPr>
        <w:spacing w:before="120" w:after="8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b/>
          <w:color w:val="000000" w:themeColor="text1"/>
          <w:lang w:val="fr-CA"/>
        </w:rPr>
        <w:t>Exercice 1 : Relie les éléments (</w:t>
      </w:r>
      <w:proofErr w:type="spellStart"/>
      <w:r w:rsidRPr="007D1507">
        <w:rPr>
          <w:rFonts w:ascii="Verdana" w:hAnsi="Verdana"/>
          <w:b/>
          <w:color w:val="000000" w:themeColor="text1"/>
        </w:rPr>
        <w:t>Αντιστοίχισε</w:t>
      </w:r>
      <w:proofErr w:type="spellEnd"/>
      <w:r w:rsidRPr="007D1507">
        <w:rPr>
          <w:rFonts w:ascii="Verdana" w:hAnsi="Verdana"/>
          <w:b/>
          <w:color w:val="000000" w:themeColor="text1"/>
          <w:lang w:val="fr-CA"/>
        </w:rPr>
        <w:t xml:space="preserve"> </w:t>
      </w:r>
      <w:proofErr w:type="spellStart"/>
      <w:r w:rsidRPr="007D1507">
        <w:rPr>
          <w:rFonts w:ascii="Verdana" w:hAnsi="Verdana"/>
          <w:b/>
          <w:color w:val="000000" w:themeColor="text1"/>
        </w:rPr>
        <w:t>τις</w:t>
      </w:r>
      <w:proofErr w:type="spellEnd"/>
      <w:r w:rsidRPr="007D1507">
        <w:rPr>
          <w:rFonts w:ascii="Verdana" w:hAnsi="Verdana"/>
          <w:b/>
          <w:color w:val="000000" w:themeColor="text1"/>
          <w:lang w:val="fr-CA"/>
        </w:rPr>
        <w:t xml:space="preserve"> </w:t>
      </w:r>
      <w:r w:rsidRPr="007D1507">
        <w:rPr>
          <w:rFonts w:ascii="Verdana" w:hAnsi="Verdana"/>
          <w:b/>
          <w:color w:val="000000" w:themeColor="text1"/>
        </w:rPr>
        <w:t>π</w:t>
      </w:r>
      <w:proofErr w:type="spellStart"/>
      <w:r w:rsidRPr="007D1507">
        <w:rPr>
          <w:rFonts w:ascii="Verdana" w:hAnsi="Verdana"/>
          <w:b/>
          <w:color w:val="000000" w:themeColor="text1"/>
        </w:rPr>
        <w:t>ροτάσεις</w:t>
      </w:r>
      <w:proofErr w:type="spellEnd"/>
      <w:r w:rsidRPr="007D1507">
        <w:rPr>
          <w:rFonts w:ascii="Verdana" w:hAnsi="Verdana"/>
          <w:b/>
          <w:color w:val="000000" w:themeColor="text1"/>
          <w:lang w:val="fr-CA"/>
        </w:rPr>
        <w:t>) [4 points]</w:t>
      </w:r>
    </w:p>
    <w:tbl>
      <w:tblPr>
        <w:tblW w:w="0" w:type="auto"/>
        <w:jc w:val="center"/>
        <w:tblBorders>
          <w:top w:val="single" w:sz="4" w:space="0" w:color="D3D3D3"/>
          <w:bottom w:val="single" w:sz="6" w:space="0" w:color="1B365D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4752"/>
      </w:tblGrid>
      <w:tr w:rsidR="00B3002F" w:rsidRPr="007D1507" w14:paraId="5DCAEEA4" w14:textId="77777777" w:rsidTr="001A3CD3">
        <w:trPr>
          <w:jc w:val="center"/>
        </w:trPr>
        <w:tc>
          <w:tcPr>
            <w:tcW w:w="4608" w:type="dxa"/>
          </w:tcPr>
          <w:p w14:paraId="58D072C1" w14:textId="77777777" w:rsidR="00B3002F" w:rsidRPr="007D1507" w:rsidRDefault="00000000" w:rsidP="001A3CD3">
            <w:pPr>
              <w:spacing w:before="60" w:after="60"/>
              <w:rPr>
                <w:rFonts w:ascii="Verdana" w:hAnsi="Verdana"/>
                <w:color w:val="000000" w:themeColor="text1"/>
              </w:rPr>
            </w:pPr>
            <w:proofErr w:type="spellStart"/>
            <w:r w:rsidRPr="007D1507">
              <w:rPr>
                <w:rFonts w:ascii="Verdana" w:hAnsi="Verdana"/>
                <w:b/>
                <w:color w:val="000000" w:themeColor="text1"/>
              </w:rPr>
              <w:t>Colonne</w:t>
            </w:r>
            <w:proofErr w:type="spellEnd"/>
            <w:r w:rsidRPr="007D1507">
              <w:rPr>
                <w:rFonts w:ascii="Verdana" w:hAnsi="Verdana"/>
                <w:b/>
                <w:color w:val="000000" w:themeColor="text1"/>
              </w:rPr>
              <w:t xml:space="preserve"> A</w:t>
            </w:r>
          </w:p>
        </w:tc>
        <w:tc>
          <w:tcPr>
            <w:tcW w:w="4752" w:type="dxa"/>
          </w:tcPr>
          <w:p w14:paraId="4FCF465B" w14:textId="77777777" w:rsidR="00B3002F" w:rsidRPr="007D1507" w:rsidRDefault="00000000" w:rsidP="001A3CD3">
            <w:pPr>
              <w:spacing w:before="60" w:after="6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b/>
                <w:color w:val="000000" w:themeColor="text1"/>
              </w:rPr>
              <w:t>Colonne B</w:t>
            </w:r>
          </w:p>
        </w:tc>
      </w:tr>
      <w:tr w:rsidR="00B3002F" w:rsidRPr="007D1507" w14:paraId="3B212C3B" w14:textId="77777777">
        <w:trPr>
          <w:jc w:val="center"/>
        </w:trPr>
        <w:tc>
          <w:tcPr>
            <w:tcW w:w="4608" w:type="dxa"/>
          </w:tcPr>
          <w:p w14:paraId="4D3204C2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fr-CA"/>
              </w:rPr>
            </w:pPr>
            <w:r w:rsidRPr="007D1507">
              <w:rPr>
                <w:rFonts w:ascii="Verdana" w:hAnsi="Verdana"/>
                <w:color w:val="000000" w:themeColor="text1"/>
                <w:lang w:val="fr-CA"/>
              </w:rPr>
              <w:t>1. Le premier jour de la semaine est...</w:t>
            </w:r>
          </w:p>
        </w:tc>
        <w:tc>
          <w:tcPr>
            <w:tcW w:w="4752" w:type="dxa"/>
          </w:tcPr>
          <w:p w14:paraId="12ED77FF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color w:val="000000" w:themeColor="text1"/>
              </w:rPr>
              <w:t>A. ...hiver.</w:t>
            </w:r>
          </w:p>
        </w:tc>
      </w:tr>
      <w:tr w:rsidR="00B3002F" w:rsidRPr="007D1507" w14:paraId="0F0A606F" w14:textId="77777777">
        <w:trPr>
          <w:jc w:val="center"/>
        </w:trPr>
        <w:tc>
          <w:tcPr>
            <w:tcW w:w="4608" w:type="dxa"/>
          </w:tcPr>
          <w:p w14:paraId="02AAAEED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fr-CA"/>
              </w:rPr>
            </w:pPr>
            <w:r w:rsidRPr="007D1507">
              <w:rPr>
                <w:rFonts w:ascii="Verdana" w:hAnsi="Verdana"/>
                <w:color w:val="000000" w:themeColor="text1"/>
                <w:lang w:val="fr-CA"/>
              </w:rPr>
              <w:t>2. En décembre, nous sommes en...</w:t>
            </w:r>
          </w:p>
        </w:tc>
        <w:tc>
          <w:tcPr>
            <w:tcW w:w="4752" w:type="dxa"/>
          </w:tcPr>
          <w:p w14:paraId="69056541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color w:val="000000" w:themeColor="text1"/>
              </w:rPr>
              <w:t>B. ...lundi.</w:t>
            </w:r>
          </w:p>
        </w:tc>
      </w:tr>
      <w:tr w:rsidR="00B3002F" w:rsidRPr="007D1507" w14:paraId="2F6C8330" w14:textId="77777777">
        <w:trPr>
          <w:jc w:val="center"/>
        </w:trPr>
        <w:tc>
          <w:tcPr>
            <w:tcW w:w="4608" w:type="dxa"/>
          </w:tcPr>
          <w:p w14:paraId="1C22496F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fr-CA"/>
              </w:rPr>
            </w:pPr>
            <w:r w:rsidRPr="007D1507">
              <w:rPr>
                <w:rFonts w:ascii="Verdana" w:hAnsi="Verdana"/>
                <w:color w:val="000000" w:themeColor="text1"/>
                <w:lang w:val="fr-CA"/>
              </w:rPr>
              <w:t>3. Pour le mois de mai, on dit...</w:t>
            </w:r>
          </w:p>
        </w:tc>
        <w:tc>
          <w:tcPr>
            <w:tcW w:w="4752" w:type="dxa"/>
          </w:tcPr>
          <w:p w14:paraId="6A67E942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color w:val="000000" w:themeColor="text1"/>
              </w:rPr>
              <w:t>C. ...printemps.</w:t>
            </w:r>
          </w:p>
        </w:tc>
      </w:tr>
      <w:tr w:rsidR="00B3002F" w:rsidRPr="007D1507" w14:paraId="3F88C95A" w14:textId="77777777">
        <w:trPr>
          <w:jc w:val="center"/>
        </w:trPr>
        <w:tc>
          <w:tcPr>
            <w:tcW w:w="4608" w:type="dxa"/>
          </w:tcPr>
          <w:p w14:paraId="70F185BA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  <w:lang w:val="fr-CA"/>
              </w:rPr>
            </w:pPr>
            <w:r w:rsidRPr="007D1507">
              <w:rPr>
                <w:rFonts w:ascii="Verdana" w:hAnsi="Verdana"/>
                <w:color w:val="000000" w:themeColor="text1"/>
                <w:lang w:val="fr-CA"/>
              </w:rPr>
              <w:t>4. Au mois d'avril, nous sommes au...</w:t>
            </w:r>
          </w:p>
        </w:tc>
        <w:tc>
          <w:tcPr>
            <w:tcW w:w="4752" w:type="dxa"/>
          </w:tcPr>
          <w:p w14:paraId="7CA420BC" w14:textId="77777777" w:rsidR="00B3002F" w:rsidRPr="007D1507" w:rsidRDefault="00000000" w:rsidP="001A3CD3">
            <w:pPr>
              <w:spacing w:before="40" w:after="40"/>
              <w:rPr>
                <w:rFonts w:ascii="Verdana" w:hAnsi="Verdana"/>
                <w:color w:val="000000" w:themeColor="text1"/>
              </w:rPr>
            </w:pPr>
            <w:r w:rsidRPr="007D1507">
              <w:rPr>
                <w:rFonts w:ascii="Verdana" w:hAnsi="Verdana"/>
                <w:color w:val="000000" w:themeColor="text1"/>
              </w:rPr>
              <w:t>D. ...en mai.</w:t>
            </w:r>
          </w:p>
        </w:tc>
      </w:tr>
    </w:tbl>
    <w:p w14:paraId="0A86ECFA" w14:textId="77777777" w:rsidR="00DF2ACF" w:rsidRDefault="00DF2ACF" w:rsidP="001A3CD3">
      <w:pPr>
        <w:spacing w:before="80" w:after="160"/>
        <w:rPr>
          <w:rFonts w:ascii="Verdana" w:hAnsi="Verdana"/>
          <w:b/>
          <w:color w:val="000000" w:themeColor="text1"/>
          <w:lang w:val="el-GR"/>
        </w:rPr>
      </w:pPr>
    </w:p>
    <w:p w14:paraId="7DA161AD" w14:textId="0939D401" w:rsidR="00B3002F" w:rsidRPr="007D1507" w:rsidRDefault="00000000" w:rsidP="001A3CD3">
      <w:pPr>
        <w:spacing w:before="80" w:after="160"/>
        <w:rPr>
          <w:rFonts w:ascii="Verdana" w:hAnsi="Verdana"/>
          <w:color w:val="000000" w:themeColor="text1"/>
        </w:rPr>
      </w:pPr>
      <w:proofErr w:type="spellStart"/>
      <w:proofErr w:type="gramStart"/>
      <w:r w:rsidRPr="007D1507">
        <w:rPr>
          <w:rFonts w:ascii="Verdana" w:hAnsi="Verdana"/>
          <w:b/>
          <w:color w:val="000000" w:themeColor="text1"/>
        </w:rPr>
        <w:t>Réponses</w:t>
      </w:r>
      <w:proofErr w:type="spellEnd"/>
      <w:r w:rsidRPr="007D1507">
        <w:rPr>
          <w:rFonts w:ascii="Verdana" w:hAnsi="Verdana"/>
          <w:b/>
          <w:color w:val="000000" w:themeColor="text1"/>
        </w:rPr>
        <w:t xml:space="preserve"> :</w:t>
      </w:r>
      <w:proofErr w:type="gramEnd"/>
      <w:r w:rsidRPr="007D1507">
        <w:rPr>
          <w:rFonts w:ascii="Verdana" w:hAnsi="Verdana"/>
          <w:b/>
          <w:color w:val="000000" w:themeColor="text1"/>
        </w:rPr>
        <w:t xml:space="preserve">  1 </w:t>
      </w:r>
      <w:r w:rsidRPr="007D1507">
        <w:rPr>
          <w:rFonts w:ascii="Segoe UI Symbol" w:hAnsi="Segoe UI Symbol" w:cs="Segoe UI Symbol"/>
          <w:b/>
          <w:color w:val="000000" w:themeColor="text1"/>
        </w:rPr>
        <w:t>➔</w:t>
      </w:r>
      <w:r w:rsidRPr="007D1507">
        <w:rPr>
          <w:rFonts w:ascii="Verdana" w:hAnsi="Verdana"/>
          <w:b/>
          <w:color w:val="000000" w:themeColor="text1"/>
        </w:rPr>
        <w:t xml:space="preserve"> ......  </w:t>
      </w:r>
      <w:proofErr w:type="gramStart"/>
      <w:r w:rsidRPr="007D1507">
        <w:rPr>
          <w:rFonts w:ascii="Verdana" w:hAnsi="Verdana"/>
          <w:b/>
          <w:color w:val="000000" w:themeColor="text1"/>
        </w:rPr>
        <w:t>|  2</w:t>
      </w:r>
      <w:proofErr w:type="gramEnd"/>
      <w:r w:rsidRPr="007D1507">
        <w:rPr>
          <w:rFonts w:ascii="Verdana" w:hAnsi="Verdana"/>
          <w:b/>
          <w:color w:val="000000" w:themeColor="text1"/>
        </w:rPr>
        <w:t xml:space="preserve"> </w:t>
      </w:r>
      <w:r w:rsidRPr="007D1507">
        <w:rPr>
          <w:rFonts w:ascii="Segoe UI Symbol" w:hAnsi="Segoe UI Symbol" w:cs="Segoe UI Symbol"/>
          <w:b/>
          <w:color w:val="000000" w:themeColor="text1"/>
        </w:rPr>
        <w:t>➔</w:t>
      </w:r>
      <w:r w:rsidRPr="007D1507">
        <w:rPr>
          <w:rFonts w:ascii="Verdana" w:hAnsi="Verdana"/>
          <w:b/>
          <w:color w:val="000000" w:themeColor="text1"/>
        </w:rPr>
        <w:t xml:space="preserve"> ......  </w:t>
      </w:r>
      <w:proofErr w:type="gramStart"/>
      <w:r w:rsidRPr="007D1507">
        <w:rPr>
          <w:rFonts w:ascii="Verdana" w:hAnsi="Verdana"/>
          <w:b/>
          <w:color w:val="000000" w:themeColor="text1"/>
        </w:rPr>
        <w:t>|  3</w:t>
      </w:r>
      <w:proofErr w:type="gramEnd"/>
      <w:r w:rsidRPr="007D1507">
        <w:rPr>
          <w:rFonts w:ascii="Verdana" w:hAnsi="Verdana"/>
          <w:b/>
          <w:color w:val="000000" w:themeColor="text1"/>
        </w:rPr>
        <w:t xml:space="preserve"> </w:t>
      </w:r>
      <w:r w:rsidRPr="007D1507">
        <w:rPr>
          <w:rFonts w:ascii="Segoe UI Symbol" w:hAnsi="Segoe UI Symbol" w:cs="Segoe UI Symbol"/>
          <w:b/>
          <w:color w:val="000000" w:themeColor="text1"/>
        </w:rPr>
        <w:t>➔</w:t>
      </w:r>
      <w:r w:rsidRPr="007D1507">
        <w:rPr>
          <w:rFonts w:ascii="Verdana" w:hAnsi="Verdana"/>
          <w:b/>
          <w:color w:val="000000" w:themeColor="text1"/>
        </w:rPr>
        <w:t xml:space="preserve"> ......  </w:t>
      </w:r>
      <w:proofErr w:type="gramStart"/>
      <w:r w:rsidRPr="007D1507">
        <w:rPr>
          <w:rFonts w:ascii="Verdana" w:hAnsi="Verdana"/>
          <w:b/>
          <w:color w:val="000000" w:themeColor="text1"/>
        </w:rPr>
        <w:t>|  4</w:t>
      </w:r>
      <w:proofErr w:type="gramEnd"/>
      <w:r w:rsidRPr="007D1507">
        <w:rPr>
          <w:rFonts w:ascii="Verdana" w:hAnsi="Verdana"/>
          <w:b/>
          <w:color w:val="000000" w:themeColor="text1"/>
        </w:rPr>
        <w:t xml:space="preserve"> </w:t>
      </w:r>
      <w:r w:rsidRPr="007D1507">
        <w:rPr>
          <w:rFonts w:ascii="Segoe UI Symbol" w:hAnsi="Segoe UI Symbol" w:cs="Segoe UI Symbol"/>
          <w:b/>
          <w:color w:val="000000" w:themeColor="text1"/>
        </w:rPr>
        <w:t>➔</w:t>
      </w:r>
      <w:r w:rsidRPr="007D1507">
        <w:rPr>
          <w:rFonts w:ascii="Verdana" w:hAnsi="Verdana"/>
          <w:b/>
          <w:color w:val="000000" w:themeColor="text1"/>
        </w:rPr>
        <w:t xml:space="preserve"> ......</w:t>
      </w:r>
    </w:p>
    <w:p w14:paraId="5465CBE4" w14:textId="77777777" w:rsidR="00DF2ACF" w:rsidRDefault="00DF2ACF" w:rsidP="001A3CD3">
      <w:pPr>
        <w:spacing w:before="120" w:after="80"/>
        <w:rPr>
          <w:rFonts w:ascii="Verdana" w:hAnsi="Verdana"/>
          <w:b/>
          <w:color w:val="000000" w:themeColor="text1"/>
          <w:lang w:val="el-GR"/>
        </w:rPr>
      </w:pPr>
    </w:p>
    <w:p w14:paraId="332D1DD6" w14:textId="3B58B007" w:rsidR="00B3002F" w:rsidRPr="007D1507" w:rsidRDefault="00000000" w:rsidP="001A3CD3">
      <w:pPr>
        <w:spacing w:before="120" w:after="8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b/>
          <w:color w:val="000000" w:themeColor="text1"/>
          <w:lang w:val="fr-CA"/>
        </w:rPr>
        <w:t>Exercice 2 : Complète avec les prépositions 'en' ou 'au' (</w:t>
      </w:r>
      <w:proofErr w:type="spellStart"/>
      <w:r w:rsidRPr="007D1507">
        <w:rPr>
          <w:rFonts w:ascii="Verdana" w:hAnsi="Verdana"/>
          <w:b/>
          <w:color w:val="000000" w:themeColor="text1"/>
        </w:rPr>
        <w:t>Συμ</w:t>
      </w:r>
      <w:proofErr w:type="spellEnd"/>
      <w:r w:rsidRPr="007D1507">
        <w:rPr>
          <w:rFonts w:ascii="Verdana" w:hAnsi="Verdana"/>
          <w:b/>
          <w:color w:val="000000" w:themeColor="text1"/>
        </w:rPr>
        <w:t>πλήρωσε</w:t>
      </w:r>
      <w:r w:rsidRPr="007D1507">
        <w:rPr>
          <w:rFonts w:ascii="Verdana" w:hAnsi="Verdana"/>
          <w:b/>
          <w:color w:val="000000" w:themeColor="text1"/>
          <w:lang w:val="fr-CA"/>
        </w:rPr>
        <w:t xml:space="preserve"> </w:t>
      </w:r>
      <w:proofErr w:type="spellStart"/>
      <w:r w:rsidRPr="007D1507">
        <w:rPr>
          <w:rFonts w:ascii="Verdana" w:hAnsi="Verdana"/>
          <w:b/>
          <w:color w:val="000000" w:themeColor="text1"/>
        </w:rPr>
        <w:t>με</w:t>
      </w:r>
      <w:proofErr w:type="spellEnd"/>
      <w:r w:rsidRPr="007D1507">
        <w:rPr>
          <w:rFonts w:ascii="Verdana" w:hAnsi="Verdana"/>
          <w:b/>
          <w:color w:val="000000" w:themeColor="text1"/>
          <w:lang w:val="fr-CA"/>
        </w:rPr>
        <w:t xml:space="preserve"> en </w:t>
      </w:r>
      <w:r w:rsidRPr="007D1507">
        <w:rPr>
          <w:rFonts w:ascii="Verdana" w:hAnsi="Verdana"/>
          <w:b/>
          <w:color w:val="000000" w:themeColor="text1"/>
        </w:rPr>
        <w:t>ή</w:t>
      </w:r>
      <w:r w:rsidRPr="007D1507">
        <w:rPr>
          <w:rFonts w:ascii="Verdana" w:hAnsi="Verdana"/>
          <w:b/>
          <w:color w:val="000000" w:themeColor="text1"/>
          <w:lang w:val="fr-CA"/>
        </w:rPr>
        <w:t xml:space="preserve"> au) [5 points]</w:t>
      </w:r>
    </w:p>
    <w:p w14:paraId="64DE7B79" w14:textId="77777777" w:rsidR="00B3002F" w:rsidRPr="007D1507" w:rsidRDefault="00000000" w:rsidP="001A3CD3">
      <w:pPr>
        <w:spacing w:before="40" w:after="4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>a) Les fleurs poussent ......... printemps.</w:t>
      </w:r>
    </w:p>
    <w:p w14:paraId="4633BDE7" w14:textId="77777777" w:rsidR="00B3002F" w:rsidRPr="007D1507" w:rsidRDefault="00000000" w:rsidP="001A3CD3">
      <w:pPr>
        <w:spacing w:before="40" w:after="4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>b) Il fait très chaud ......... été.</w:t>
      </w:r>
    </w:p>
    <w:p w14:paraId="4A0924CE" w14:textId="77777777" w:rsidR="00B3002F" w:rsidRPr="007D1507" w:rsidRDefault="00000000" w:rsidP="001A3CD3">
      <w:pPr>
        <w:spacing w:before="40" w:after="4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>c) La rentrée scolaire est ......... septembre.</w:t>
      </w:r>
    </w:p>
    <w:p w14:paraId="5BD5BD2A" w14:textId="77777777" w:rsidR="00B3002F" w:rsidRPr="007D1507" w:rsidRDefault="00000000" w:rsidP="001A3CD3">
      <w:pPr>
        <w:spacing w:before="40" w:after="4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>d) Il neige souvent ......... hiver.</w:t>
      </w:r>
    </w:p>
    <w:p w14:paraId="31C6D54B" w14:textId="77777777" w:rsidR="00B3002F" w:rsidRPr="007D1507" w:rsidRDefault="00000000" w:rsidP="001A3CD3">
      <w:pPr>
        <w:spacing w:before="40" w:after="4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>e) Les feuilles tombent des arbres ......... automne.</w:t>
      </w:r>
    </w:p>
    <w:p w14:paraId="33F15A57" w14:textId="77777777" w:rsidR="00B3002F" w:rsidRPr="007D1507" w:rsidRDefault="00B3002F" w:rsidP="001A3CD3">
      <w:pPr>
        <w:spacing w:after="80"/>
        <w:rPr>
          <w:rFonts w:ascii="Verdana" w:hAnsi="Verdana"/>
          <w:color w:val="000000" w:themeColor="text1"/>
          <w:lang w:val="fr-CA"/>
        </w:rPr>
      </w:pPr>
    </w:p>
    <w:p w14:paraId="4D238902" w14:textId="77777777" w:rsidR="00B3002F" w:rsidRPr="007D1507" w:rsidRDefault="00000000" w:rsidP="001A3CD3">
      <w:pPr>
        <w:spacing w:before="120" w:after="8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b/>
          <w:color w:val="000000" w:themeColor="text1"/>
          <w:lang w:val="fr-CA"/>
        </w:rPr>
        <w:t>Exercice 3 : Remets les lettres dans le bon ordre (</w:t>
      </w:r>
      <w:proofErr w:type="spellStart"/>
      <w:r w:rsidRPr="007D1507">
        <w:rPr>
          <w:rFonts w:ascii="Verdana" w:hAnsi="Verdana"/>
          <w:b/>
          <w:color w:val="000000" w:themeColor="text1"/>
        </w:rPr>
        <w:t>Βάλε</w:t>
      </w:r>
      <w:proofErr w:type="spellEnd"/>
      <w:r w:rsidRPr="007D1507">
        <w:rPr>
          <w:rFonts w:ascii="Verdana" w:hAnsi="Verdana"/>
          <w:b/>
          <w:color w:val="000000" w:themeColor="text1"/>
          <w:lang w:val="fr-CA"/>
        </w:rPr>
        <w:t xml:space="preserve"> </w:t>
      </w:r>
      <w:r w:rsidRPr="007D1507">
        <w:rPr>
          <w:rFonts w:ascii="Verdana" w:hAnsi="Verdana"/>
          <w:b/>
          <w:color w:val="000000" w:themeColor="text1"/>
        </w:rPr>
        <w:t>τα</w:t>
      </w:r>
      <w:r w:rsidRPr="007D1507">
        <w:rPr>
          <w:rFonts w:ascii="Verdana" w:hAnsi="Verdana"/>
          <w:b/>
          <w:color w:val="000000" w:themeColor="text1"/>
          <w:lang w:val="fr-CA"/>
        </w:rPr>
        <w:t xml:space="preserve"> </w:t>
      </w:r>
      <w:proofErr w:type="spellStart"/>
      <w:r w:rsidRPr="007D1507">
        <w:rPr>
          <w:rFonts w:ascii="Verdana" w:hAnsi="Verdana"/>
          <w:b/>
          <w:color w:val="000000" w:themeColor="text1"/>
        </w:rPr>
        <w:t>γράμμ</w:t>
      </w:r>
      <w:proofErr w:type="spellEnd"/>
      <w:r w:rsidRPr="007D1507">
        <w:rPr>
          <w:rFonts w:ascii="Verdana" w:hAnsi="Verdana"/>
          <w:b/>
          <w:color w:val="000000" w:themeColor="text1"/>
        </w:rPr>
        <w:t>ατα</w:t>
      </w:r>
      <w:r w:rsidRPr="007D1507">
        <w:rPr>
          <w:rFonts w:ascii="Verdana" w:hAnsi="Verdana"/>
          <w:b/>
          <w:color w:val="000000" w:themeColor="text1"/>
          <w:lang w:val="fr-CA"/>
        </w:rPr>
        <w:t xml:space="preserve"> </w:t>
      </w:r>
      <w:proofErr w:type="spellStart"/>
      <w:r w:rsidRPr="007D1507">
        <w:rPr>
          <w:rFonts w:ascii="Verdana" w:hAnsi="Verdana"/>
          <w:b/>
          <w:color w:val="000000" w:themeColor="text1"/>
        </w:rPr>
        <w:t>στη</w:t>
      </w:r>
      <w:proofErr w:type="spellEnd"/>
      <w:r w:rsidRPr="007D1507">
        <w:rPr>
          <w:rFonts w:ascii="Verdana" w:hAnsi="Verdana"/>
          <w:b/>
          <w:color w:val="000000" w:themeColor="text1"/>
          <w:lang w:val="fr-CA"/>
        </w:rPr>
        <w:t xml:space="preserve"> </w:t>
      </w:r>
      <w:proofErr w:type="spellStart"/>
      <w:r w:rsidRPr="007D1507">
        <w:rPr>
          <w:rFonts w:ascii="Verdana" w:hAnsi="Verdana"/>
          <w:b/>
          <w:color w:val="000000" w:themeColor="text1"/>
        </w:rPr>
        <w:t>σωστή</w:t>
      </w:r>
      <w:proofErr w:type="spellEnd"/>
      <w:r w:rsidRPr="007D1507">
        <w:rPr>
          <w:rFonts w:ascii="Verdana" w:hAnsi="Verdana"/>
          <w:b/>
          <w:color w:val="000000" w:themeColor="text1"/>
          <w:lang w:val="fr-CA"/>
        </w:rPr>
        <w:t xml:space="preserve"> </w:t>
      </w:r>
      <w:proofErr w:type="spellStart"/>
      <w:r w:rsidRPr="007D1507">
        <w:rPr>
          <w:rFonts w:ascii="Verdana" w:hAnsi="Verdana"/>
          <w:b/>
          <w:color w:val="000000" w:themeColor="text1"/>
        </w:rPr>
        <w:t>σειρά</w:t>
      </w:r>
      <w:proofErr w:type="spellEnd"/>
      <w:r w:rsidRPr="007D1507">
        <w:rPr>
          <w:rFonts w:ascii="Verdana" w:hAnsi="Verdana"/>
          <w:b/>
          <w:color w:val="000000" w:themeColor="text1"/>
          <w:lang w:val="fr-CA"/>
        </w:rPr>
        <w:t>) [4 points]</w:t>
      </w:r>
    </w:p>
    <w:p w14:paraId="674BDD8D" w14:textId="77777777" w:rsidR="00B3002F" w:rsidRPr="007D1507" w:rsidRDefault="00000000" w:rsidP="001A3CD3">
      <w:pPr>
        <w:spacing w:before="40" w:after="4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 xml:space="preserve">a) L - U - I - D - </w:t>
      </w:r>
      <w:proofErr w:type="gramStart"/>
      <w:r w:rsidRPr="007D1507">
        <w:rPr>
          <w:rFonts w:ascii="Verdana" w:hAnsi="Verdana"/>
          <w:color w:val="000000" w:themeColor="text1"/>
          <w:lang w:val="fr-CA"/>
        </w:rPr>
        <w:t xml:space="preserve">N  </w:t>
      </w:r>
      <w:r w:rsidRPr="007D1507">
        <w:rPr>
          <w:rFonts w:ascii="Segoe UI Symbol" w:hAnsi="Segoe UI Symbol" w:cs="Segoe UI Symbol"/>
          <w:color w:val="000000" w:themeColor="text1"/>
          <w:lang w:val="fr-CA"/>
        </w:rPr>
        <w:t>➔</w:t>
      </w:r>
      <w:proofErr w:type="gramEnd"/>
      <w:r w:rsidRPr="007D1507">
        <w:rPr>
          <w:rFonts w:ascii="Verdana" w:hAnsi="Verdana"/>
          <w:color w:val="000000" w:themeColor="text1"/>
          <w:lang w:val="fr-CA"/>
        </w:rPr>
        <w:t xml:space="preserve">  .......................................... (Jour de la semaine)</w:t>
      </w:r>
    </w:p>
    <w:p w14:paraId="647F6388" w14:textId="77777777" w:rsidR="00B3002F" w:rsidRPr="007D1507" w:rsidRDefault="00000000" w:rsidP="001A3CD3">
      <w:pPr>
        <w:spacing w:before="40" w:after="4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 xml:space="preserve">b) M - A - R - </w:t>
      </w:r>
      <w:proofErr w:type="gramStart"/>
      <w:r w:rsidRPr="007D1507">
        <w:rPr>
          <w:rFonts w:ascii="Verdana" w:hAnsi="Verdana"/>
          <w:color w:val="000000" w:themeColor="text1"/>
          <w:lang w:val="fr-CA"/>
        </w:rPr>
        <w:t xml:space="preserve">S  </w:t>
      </w:r>
      <w:r w:rsidRPr="007D1507">
        <w:rPr>
          <w:rFonts w:ascii="Segoe UI Symbol" w:hAnsi="Segoe UI Symbol" w:cs="Segoe UI Symbol"/>
          <w:color w:val="000000" w:themeColor="text1"/>
          <w:lang w:val="fr-CA"/>
        </w:rPr>
        <w:t>➔</w:t>
      </w:r>
      <w:proofErr w:type="gramEnd"/>
      <w:r w:rsidRPr="007D1507">
        <w:rPr>
          <w:rFonts w:ascii="Verdana" w:hAnsi="Verdana"/>
          <w:color w:val="000000" w:themeColor="text1"/>
          <w:lang w:val="fr-CA"/>
        </w:rPr>
        <w:t xml:space="preserve">  .......................................... (Mois de l'ann</w:t>
      </w:r>
      <w:r w:rsidRPr="007D1507">
        <w:rPr>
          <w:rFonts w:ascii="Verdana" w:hAnsi="Verdana" w:cs="Verdana"/>
          <w:color w:val="000000" w:themeColor="text1"/>
          <w:lang w:val="fr-CA"/>
        </w:rPr>
        <w:t>é</w:t>
      </w:r>
      <w:r w:rsidRPr="007D1507">
        <w:rPr>
          <w:rFonts w:ascii="Verdana" w:hAnsi="Verdana"/>
          <w:color w:val="000000" w:themeColor="text1"/>
          <w:lang w:val="fr-CA"/>
        </w:rPr>
        <w:t>e)</w:t>
      </w:r>
    </w:p>
    <w:p w14:paraId="061A352C" w14:textId="77777777" w:rsidR="00B3002F" w:rsidRPr="007D1507" w:rsidRDefault="00000000" w:rsidP="001A3CD3">
      <w:pPr>
        <w:spacing w:before="40" w:after="4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 xml:space="preserve">c) E - T - </w:t>
      </w:r>
      <w:proofErr w:type="gramStart"/>
      <w:r w:rsidRPr="007D1507">
        <w:rPr>
          <w:rFonts w:ascii="Verdana" w:hAnsi="Verdana"/>
          <w:color w:val="000000" w:themeColor="text1"/>
          <w:lang w:val="fr-CA"/>
        </w:rPr>
        <w:t xml:space="preserve">É  </w:t>
      </w:r>
      <w:r w:rsidRPr="007D1507">
        <w:rPr>
          <w:rFonts w:ascii="Segoe UI Symbol" w:hAnsi="Segoe UI Symbol" w:cs="Segoe UI Symbol"/>
          <w:color w:val="000000" w:themeColor="text1"/>
          <w:lang w:val="fr-CA"/>
        </w:rPr>
        <w:t>➔</w:t>
      </w:r>
      <w:proofErr w:type="gramEnd"/>
      <w:r w:rsidRPr="007D1507">
        <w:rPr>
          <w:rFonts w:ascii="Verdana" w:hAnsi="Verdana"/>
          <w:color w:val="000000" w:themeColor="text1"/>
          <w:lang w:val="fr-CA"/>
        </w:rPr>
        <w:t xml:space="preserve">  .......................................... (Saison)</w:t>
      </w:r>
    </w:p>
    <w:p w14:paraId="36768784" w14:textId="77777777" w:rsidR="00B3002F" w:rsidRPr="007D1507" w:rsidRDefault="00000000" w:rsidP="001A3CD3">
      <w:pPr>
        <w:spacing w:before="40" w:after="40"/>
        <w:rPr>
          <w:rFonts w:ascii="Verdana" w:hAnsi="Verdana"/>
          <w:color w:val="000000" w:themeColor="text1"/>
        </w:rPr>
      </w:pPr>
      <w:r w:rsidRPr="007D1507">
        <w:rPr>
          <w:rFonts w:ascii="Verdana" w:hAnsi="Verdana"/>
          <w:color w:val="000000" w:themeColor="text1"/>
        </w:rPr>
        <w:t xml:space="preserve">d) D - I - M - A - N - C - H - </w:t>
      </w:r>
      <w:proofErr w:type="gramStart"/>
      <w:r w:rsidRPr="007D1507">
        <w:rPr>
          <w:rFonts w:ascii="Verdana" w:hAnsi="Verdana"/>
          <w:color w:val="000000" w:themeColor="text1"/>
        </w:rPr>
        <w:t xml:space="preserve">E  </w:t>
      </w:r>
      <w:r w:rsidRPr="007D1507">
        <w:rPr>
          <w:rFonts w:ascii="Segoe UI Symbol" w:hAnsi="Segoe UI Symbol" w:cs="Segoe UI Symbol"/>
          <w:color w:val="000000" w:themeColor="text1"/>
        </w:rPr>
        <w:t>➔</w:t>
      </w:r>
      <w:proofErr w:type="gramEnd"/>
      <w:r w:rsidRPr="007D1507">
        <w:rPr>
          <w:rFonts w:ascii="Verdana" w:hAnsi="Verdana"/>
          <w:color w:val="000000" w:themeColor="text1"/>
        </w:rPr>
        <w:t xml:space="preserve">  .......................................... (Jour du week-end)</w:t>
      </w:r>
    </w:p>
    <w:p w14:paraId="7C39A512" w14:textId="77777777" w:rsidR="00B3002F" w:rsidRPr="007D1507" w:rsidRDefault="00B3002F" w:rsidP="001A3CD3">
      <w:pPr>
        <w:spacing w:after="80"/>
        <w:rPr>
          <w:rFonts w:ascii="Verdana" w:hAnsi="Verdana"/>
          <w:color w:val="000000" w:themeColor="text1"/>
        </w:rPr>
      </w:pPr>
    </w:p>
    <w:p w14:paraId="4A7EA6BD" w14:textId="77777777" w:rsidR="00B3002F" w:rsidRPr="007D1507" w:rsidRDefault="00000000" w:rsidP="001A3CD3">
      <w:pPr>
        <w:spacing w:before="120" w:after="80"/>
        <w:rPr>
          <w:rFonts w:ascii="Verdana" w:hAnsi="Verdana"/>
          <w:color w:val="000000" w:themeColor="text1"/>
          <w:lang w:val="el-GR"/>
        </w:rPr>
      </w:pPr>
      <w:proofErr w:type="spellStart"/>
      <w:r w:rsidRPr="007D1507">
        <w:rPr>
          <w:rFonts w:ascii="Verdana" w:hAnsi="Verdana"/>
          <w:b/>
          <w:color w:val="000000" w:themeColor="text1"/>
        </w:rPr>
        <w:t>Exercice</w:t>
      </w:r>
      <w:proofErr w:type="spellEnd"/>
      <w:r w:rsidRPr="007D1507">
        <w:rPr>
          <w:rFonts w:ascii="Verdana" w:hAnsi="Verdana"/>
          <w:b/>
          <w:color w:val="000000" w:themeColor="text1"/>
          <w:lang w:val="el-GR"/>
        </w:rPr>
        <w:t xml:space="preserve"> </w:t>
      </w:r>
      <w:proofErr w:type="gramStart"/>
      <w:r w:rsidRPr="007D1507">
        <w:rPr>
          <w:rFonts w:ascii="Verdana" w:hAnsi="Verdana"/>
          <w:b/>
          <w:color w:val="000000" w:themeColor="text1"/>
          <w:lang w:val="el-GR"/>
        </w:rPr>
        <w:t>4 :</w:t>
      </w:r>
      <w:proofErr w:type="gramEnd"/>
      <w:r w:rsidRPr="007D1507">
        <w:rPr>
          <w:rFonts w:ascii="Verdana" w:hAnsi="Verdana"/>
          <w:b/>
          <w:color w:val="000000" w:themeColor="text1"/>
          <w:lang w:val="el-GR"/>
        </w:rPr>
        <w:t xml:space="preserve"> </w:t>
      </w:r>
      <w:r w:rsidRPr="007D1507">
        <w:rPr>
          <w:rFonts w:ascii="Verdana" w:hAnsi="Verdana"/>
          <w:b/>
          <w:color w:val="000000" w:themeColor="text1"/>
        </w:rPr>
        <w:t>Expression</w:t>
      </w:r>
      <w:r w:rsidRPr="007D1507">
        <w:rPr>
          <w:rFonts w:ascii="Verdana" w:hAnsi="Verdana"/>
          <w:b/>
          <w:color w:val="000000" w:themeColor="text1"/>
          <w:lang w:val="el-GR"/>
        </w:rPr>
        <w:t xml:space="preserve"> é</w:t>
      </w:r>
      <w:r w:rsidRPr="007D1507">
        <w:rPr>
          <w:rFonts w:ascii="Verdana" w:hAnsi="Verdana"/>
          <w:b/>
          <w:color w:val="000000" w:themeColor="text1"/>
        </w:rPr>
        <w:t>crite</w:t>
      </w:r>
      <w:r w:rsidRPr="007D1507">
        <w:rPr>
          <w:rFonts w:ascii="Verdana" w:hAnsi="Verdana"/>
          <w:b/>
          <w:color w:val="000000" w:themeColor="text1"/>
          <w:lang w:val="el-GR"/>
        </w:rPr>
        <w:t xml:space="preserve"> &amp; </w:t>
      </w:r>
      <w:proofErr w:type="spellStart"/>
      <w:r w:rsidRPr="007D1507">
        <w:rPr>
          <w:rFonts w:ascii="Verdana" w:hAnsi="Verdana"/>
          <w:b/>
          <w:color w:val="000000" w:themeColor="text1"/>
          <w:lang w:val="el-GR"/>
        </w:rPr>
        <w:t>αυτοπαρουσίαση</w:t>
      </w:r>
      <w:proofErr w:type="spellEnd"/>
      <w:r w:rsidRPr="007D1507">
        <w:rPr>
          <w:rFonts w:ascii="Verdana" w:hAnsi="Verdana"/>
          <w:b/>
          <w:color w:val="000000" w:themeColor="text1"/>
          <w:lang w:val="el-GR"/>
        </w:rPr>
        <w:t xml:space="preserve"> (Απάντησε στις ερωτήσεις) [7 </w:t>
      </w:r>
      <w:r w:rsidRPr="007D1507">
        <w:rPr>
          <w:rFonts w:ascii="Verdana" w:hAnsi="Verdana"/>
          <w:b/>
          <w:color w:val="000000" w:themeColor="text1"/>
        </w:rPr>
        <w:t>points</w:t>
      </w:r>
      <w:r w:rsidRPr="007D1507">
        <w:rPr>
          <w:rFonts w:ascii="Verdana" w:hAnsi="Verdana"/>
          <w:b/>
          <w:color w:val="000000" w:themeColor="text1"/>
          <w:lang w:val="el-GR"/>
        </w:rPr>
        <w:t>]</w:t>
      </w:r>
    </w:p>
    <w:p w14:paraId="77CF7C98" w14:textId="25FD8090" w:rsidR="00B3002F" w:rsidRPr="007D1507" w:rsidRDefault="00000000" w:rsidP="001A3CD3">
      <w:pPr>
        <w:spacing w:before="60" w:after="8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 xml:space="preserve">1) Quel est ton jour préféré de la semaine ? </w:t>
      </w:r>
      <w:r w:rsidRPr="007D1507">
        <w:rPr>
          <w:rFonts w:ascii="Verdana" w:hAnsi="Verdana"/>
          <w:color w:val="000000" w:themeColor="text1"/>
          <w:lang w:val="fr-CA"/>
        </w:rPr>
        <w:br/>
        <w:t xml:space="preserve">   </w:t>
      </w:r>
      <w:r w:rsidRPr="007D1507">
        <w:rPr>
          <w:rFonts w:ascii="Segoe UI Symbol" w:hAnsi="Segoe UI Symbol" w:cs="Segoe UI Symbol"/>
          <w:color w:val="000000" w:themeColor="text1"/>
          <w:lang w:val="fr-CA"/>
        </w:rPr>
        <w:t>➔</w:t>
      </w:r>
      <w:r w:rsidRPr="007D1507">
        <w:rPr>
          <w:rFonts w:ascii="Verdana" w:hAnsi="Verdana"/>
          <w:color w:val="000000" w:themeColor="text1"/>
          <w:lang w:val="fr-CA"/>
        </w:rPr>
        <w:t xml:space="preserve"> Mon jour pr</w:t>
      </w:r>
      <w:r w:rsidRPr="007D1507">
        <w:rPr>
          <w:rFonts w:ascii="Verdana" w:hAnsi="Verdana" w:cs="Verdana"/>
          <w:color w:val="000000" w:themeColor="text1"/>
          <w:lang w:val="fr-CA"/>
        </w:rPr>
        <w:t>é</w:t>
      </w:r>
      <w:r w:rsidRPr="007D1507">
        <w:rPr>
          <w:rFonts w:ascii="Verdana" w:hAnsi="Verdana"/>
          <w:color w:val="000000" w:themeColor="text1"/>
          <w:lang w:val="fr-CA"/>
        </w:rPr>
        <w:t>f</w:t>
      </w:r>
      <w:r w:rsidRPr="007D1507">
        <w:rPr>
          <w:rFonts w:ascii="Verdana" w:hAnsi="Verdana" w:cs="Verdana"/>
          <w:color w:val="000000" w:themeColor="text1"/>
          <w:lang w:val="fr-CA"/>
        </w:rPr>
        <w:t>é</w:t>
      </w:r>
      <w:r w:rsidRPr="007D1507">
        <w:rPr>
          <w:rFonts w:ascii="Verdana" w:hAnsi="Verdana"/>
          <w:color w:val="000000" w:themeColor="text1"/>
          <w:lang w:val="fr-CA"/>
        </w:rPr>
        <w:t>r</w:t>
      </w:r>
      <w:r w:rsidRPr="007D1507">
        <w:rPr>
          <w:rFonts w:ascii="Verdana" w:hAnsi="Verdana" w:cs="Verdana"/>
          <w:color w:val="000000" w:themeColor="text1"/>
          <w:lang w:val="fr-CA"/>
        </w:rPr>
        <w:t>é</w:t>
      </w:r>
      <w:r w:rsidRPr="007D1507">
        <w:rPr>
          <w:rFonts w:ascii="Verdana" w:hAnsi="Verdana"/>
          <w:color w:val="000000" w:themeColor="text1"/>
          <w:lang w:val="fr-CA"/>
        </w:rPr>
        <w:t xml:space="preserve"> est .........................................................................................................................</w:t>
      </w:r>
    </w:p>
    <w:p w14:paraId="6DEBCE8C" w14:textId="6EDB69CB" w:rsidR="00B3002F" w:rsidRPr="007D1507" w:rsidRDefault="00000000" w:rsidP="001A3CD3">
      <w:pPr>
        <w:spacing w:before="60" w:after="8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>2) Quelle est la date de ton anniversaire ?</w:t>
      </w:r>
      <w:r w:rsidRPr="007D1507">
        <w:rPr>
          <w:rFonts w:ascii="Verdana" w:hAnsi="Verdana"/>
          <w:color w:val="000000" w:themeColor="text1"/>
          <w:lang w:val="fr-CA"/>
        </w:rPr>
        <w:br/>
        <w:t xml:space="preserve">   </w:t>
      </w:r>
      <w:r w:rsidRPr="007D1507">
        <w:rPr>
          <w:rFonts w:ascii="Segoe UI Symbol" w:hAnsi="Segoe UI Symbol" w:cs="Segoe UI Symbol"/>
          <w:color w:val="000000" w:themeColor="text1"/>
          <w:lang w:val="fr-CA"/>
        </w:rPr>
        <w:t>➔</w:t>
      </w:r>
      <w:r w:rsidRPr="007D1507">
        <w:rPr>
          <w:rFonts w:ascii="Verdana" w:hAnsi="Verdana"/>
          <w:color w:val="000000" w:themeColor="text1"/>
          <w:lang w:val="fr-CA"/>
        </w:rPr>
        <w:t xml:space="preserve"> Mon anniversaire est le ....................................................................................................................</w:t>
      </w:r>
    </w:p>
    <w:p w14:paraId="0A5FD077" w14:textId="77777777" w:rsidR="00B3002F" w:rsidRPr="007D1507" w:rsidRDefault="00000000" w:rsidP="001A3CD3">
      <w:pPr>
        <w:spacing w:before="60" w:after="8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>3) Quelle est ta saison préférée ? (le printemps, l'été, l'automne, l'hiver)</w:t>
      </w:r>
      <w:r w:rsidRPr="007D1507">
        <w:rPr>
          <w:rFonts w:ascii="Verdana" w:hAnsi="Verdana"/>
          <w:color w:val="000000" w:themeColor="text1"/>
          <w:lang w:val="fr-CA"/>
        </w:rPr>
        <w:br/>
        <w:t xml:space="preserve">   </w:t>
      </w:r>
      <w:r w:rsidRPr="007D1507">
        <w:rPr>
          <w:rFonts w:ascii="Segoe UI Symbol" w:hAnsi="Segoe UI Symbol" w:cs="Segoe UI Symbol"/>
          <w:color w:val="000000" w:themeColor="text1"/>
          <w:lang w:val="fr-CA"/>
        </w:rPr>
        <w:t>➔</w:t>
      </w:r>
      <w:r w:rsidRPr="007D1507">
        <w:rPr>
          <w:rFonts w:ascii="Verdana" w:hAnsi="Verdana"/>
          <w:color w:val="000000" w:themeColor="text1"/>
          <w:lang w:val="fr-CA"/>
        </w:rPr>
        <w:t xml:space="preserve"> Ma saison pr</w:t>
      </w:r>
      <w:r w:rsidRPr="007D1507">
        <w:rPr>
          <w:rFonts w:ascii="Verdana" w:hAnsi="Verdana" w:cs="Verdana"/>
          <w:color w:val="000000" w:themeColor="text1"/>
          <w:lang w:val="fr-CA"/>
        </w:rPr>
        <w:t>é</w:t>
      </w:r>
      <w:r w:rsidRPr="007D1507">
        <w:rPr>
          <w:rFonts w:ascii="Verdana" w:hAnsi="Verdana"/>
          <w:color w:val="000000" w:themeColor="text1"/>
          <w:lang w:val="fr-CA"/>
        </w:rPr>
        <w:t>f</w:t>
      </w:r>
      <w:r w:rsidRPr="007D1507">
        <w:rPr>
          <w:rFonts w:ascii="Verdana" w:hAnsi="Verdana" w:cs="Verdana"/>
          <w:color w:val="000000" w:themeColor="text1"/>
          <w:lang w:val="fr-CA"/>
        </w:rPr>
        <w:t>é</w:t>
      </w:r>
      <w:r w:rsidRPr="007D1507">
        <w:rPr>
          <w:rFonts w:ascii="Verdana" w:hAnsi="Verdana"/>
          <w:color w:val="000000" w:themeColor="text1"/>
          <w:lang w:val="fr-CA"/>
        </w:rPr>
        <w:t>r</w:t>
      </w:r>
      <w:r w:rsidRPr="007D1507">
        <w:rPr>
          <w:rFonts w:ascii="Verdana" w:hAnsi="Verdana" w:cs="Verdana"/>
          <w:color w:val="000000" w:themeColor="text1"/>
          <w:lang w:val="fr-CA"/>
        </w:rPr>
        <w:t>é</w:t>
      </w:r>
      <w:r w:rsidRPr="007D1507">
        <w:rPr>
          <w:rFonts w:ascii="Verdana" w:hAnsi="Verdana"/>
          <w:color w:val="000000" w:themeColor="text1"/>
          <w:lang w:val="fr-CA"/>
        </w:rPr>
        <w:t>e est ...................................................................................................................</w:t>
      </w:r>
    </w:p>
    <w:p w14:paraId="18CD2599" w14:textId="77777777" w:rsidR="00B3002F" w:rsidRPr="007D1507" w:rsidRDefault="00000000" w:rsidP="001A3CD3">
      <w:pPr>
        <w:spacing w:before="60" w:after="80"/>
        <w:rPr>
          <w:rFonts w:ascii="Verdana" w:hAnsi="Verdana"/>
          <w:color w:val="000000" w:themeColor="text1"/>
          <w:lang w:val="fr-CA"/>
        </w:rPr>
      </w:pPr>
      <w:r w:rsidRPr="007D1507">
        <w:rPr>
          <w:rFonts w:ascii="Verdana" w:hAnsi="Verdana"/>
          <w:color w:val="000000" w:themeColor="text1"/>
          <w:lang w:val="fr-CA"/>
        </w:rPr>
        <w:t>4) Écris la date d'aujourd'hui en français :</w:t>
      </w:r>
      <w:r w:rsidRPr="007D1507">
        <w:rPr>
          <w:rFonts w:ascii="Verdana" w:hAnsi="Verdana"/>
          <w:color w:val="000000" w:themeColor="text1"/>
          <w:lang w:val="fr-CA"/>
        </w:rPr>
        <w:br/>
        <w:t xml:space="preserve">   </w:t>
      </w:r>
      <w:r w:rsidRPr="007D1507">
        <w:rPr>
          <w:rFonts w:ascii="Segoe UI Symbol" w:hAnsi="Segoe UI Symbol" w:cs="Segoe UI Symbol"/>
          <w:color w:val="000000" w:themeColor="text1"/>
          <w:lang w:val="fr-CA"/>
        </w:rPr>
        <w:t>➔</w:t>
      </w:r>
      <w:r w:rsidRPr="007D1507">
        <w:rPr>
          <w:rFonts w:ascii="Verdana" w:hAnsi="Verdana"/>
          <w:color w:val="000000" w:themeColor="text1"/>
          <w:lang w:val="fr-CA"/>
        </w:rPr>
        <w:t xml:space="preserve"> Aujourd'hui, c'est le ..........................................................................................................................</w:t>
      </w:r>
    </w:p>
    <w:p w14:paraId="33D833BB" w14:textId="163138D0" w:rsidR="00B3002F" w:rsidRPr="007D1507" w:rsidRDefault="00B3002F" w:rsidP="007D1507">
      <w:pPr>
        <w:rPr>
          <w:rFonts w:ascii="Verdana" w:hAnsi="Verdana"/>
          <w:color w:val="000000" w:themeColor="text1"/>
          <w:lang w:val="fr-CA"/>
        </w:rPr>
      </w:pPr>
    </w:p>
    <w:sectPr w:rsidR="00B3002F" w:rsidRPr="007D1507" w:rsidSect="00DF2ACF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2112D" w14:textId="77777777" w:rsidR="000404C1" w:rsidRDefault="000404C1">
      <w:pPr>
        <w:spacing w:after="0" w:line="240" w:lineRule="auto"/>
      </w:pPr>
      <w:r>
        <w:separator/>
      </w:r>
    </w:p>
  </w:endnote>
  <w:endnote w:type="continuationSeparator" w:id="0">
    <w:p w14:paraId="1CBD4EBD" w14:textId="77777777" w:rsidR="000404C1" w:rsidRDefault="0004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CFF3A" w14:textId="1A597CED" w:rsidR="00B3002F" w:rsidRPr="004413E7" w:rsidRDefault="00000000">
    <w:pPr>
      <w:pStyle w:val="a6"/>
      <w:jc w:val="center"/>
      <w:rPr>
        <w:lang w:val="el-GR"/>
      </w:rPr>
    </w:pPr>
    <w:r w:rsidRPr="001A3CD3">
      <w:rPr>
        <w:rFonts w:ascii="Calibri" w:hAnsi="Calibri"/>
        <w:color w:val="888888"/>
        <w:sz w:val="18"/>
        <w:lang w:val="fr-CA"/>
      </w:rPr>
      <w:t>Page 1 sur 3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8E585" w14:textId="77777777" w:rsidR="000404C1" w:rsidRDefault="000404C1">
      <w:pPr>
        <w:spacing w:after="0" w:line="240" w:lineRule="auto"/>
      </w:pPr>
      <w:r>
        <w:separator/>
      </w:r>
    </w:p>
  </w:footnote>
  <w:footnote w:type="continuationSeparator" w:id="0">
    <w:p w14:paraId="3085DD76" w14:textId="77777777" w:rsidR="000404C1" w:rsidRDefault="00040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485C4" w14:textId="2D187D3A" w:rsidR="00B3002F" w:rsidRPr="001A3CD3" w:rsidRDefault="00B3002F">
    <w:pPr>
      <w:pStyle w:val="a5"/>
      <w:jc w:val="right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5627605">
    <w:abstractNumId w:val="8"/>
  </w:num>
  <w:num w:numId="2" w16cid:durableId="358703646">
    <w:abstractNumId w:val="6"/>
  </w:num>
  <w:num w:numId="3" w16cid:durableId="1646162436">
    <w:abstractNumId w:val="5"/>
  </w:num>
  <w:num w:numId="4" w16cid:durableId="2077585126">
    <w:abstractNumId w:val="4"/>
  </w:num>
  <w:num w:numId="5" w16cid:durableId="1578202661">
    <w:abstractNumId w:val="7"/>
  </w:num>
  <w:num w:numId="6" w16cid:durableId="1481385346">
    <w:abstractNumId w:val="3"/>
  </w:num>
  <w:num w:numId="7" w16cid:durableId="932708851">
    <w:abstractNumId w:val="2"/>
  </w:num>
  <w:num w:numId="8" w16cid:durableId="1976636571">
    <w:abstractNumId w:val="1"/>
  </w:num>
  <w:num w:numId="9" w16cid:durableId="1612516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4C1"/>
    <w:rsid w:val="0006063C"/>
    <w:rsid w:val="0015074B"/>
    <w:rsid w:val="001A3CD3"/>
    <w:rsid w:val="001C70D6"/>
    <w:rsid w:val="001F34B4"/>
    <w:rsid w:val="0029639D"/>
    <w:rsid w:val="00326F90"/>
    <w:rsid w:val="00390F08"/>
    <w:rsid w:val="004413E7"/>
    <w:rsid w:val="004E1D92"/>
    <w:rsid w:val="00575732"/>
    <w:rsid w:val="00610979"/>
    <w:rsid w:val="006657A2"/>
    <w:rsid w:val="007D1507"/>
    <w:rsid w:val="008A7456"/>
    <w:rsid w:val="00AA1D8D"/>
    <w:rsid w:val="00B3002F"/>
    <w:rsid w:val="00B47730"/>
    <w:rsid w:val="00CB0664"/>
    <w:rsid w:val="00CD4AD0"/>
    <w:rsid w:val="00D80627"/>
    <w:rsid w:val="00DF2ACF"/>
    <w:rsid w:val="00EF2D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9C480"/>
  <w14:defaultImageDpi w14:val="330"/>
  <w15:docId w15:val="{915857ED-04C0-4AAF-A1CC-E03BBBA6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690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Ioanna Mixalaki</cp:lastModifiedBy>
  <cp:revision>7</cp:revision>
  <dcterms:created xsi:type="dcterms:W3CDTF">2026-09-24T20:40:00Z</dcterms:created>
  <dcterms:modified xsi:type="dcterms:W3CDTF">2026-10-10T06:58:00Z</dcterms:modified>
  <cp:category/>
</cp:coreProperties>
</file>