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9B926" w14:textId="77777777" w:rsidR="00C87A3D" w:rsidRPr="002C0018" w:rsidRDefault="00000000">
      <w:pPr>
        <w:pStyle w:val="1"/>
        <w:rPr>
          <w:lang w:val="el-GR"/>
        </w:rPr>
      </w:pPr>
      <w:r w:rsidRPr="002C0018">
        <w:rPr>
          <w:lang w:val="el-GR"/>
        </w:rPr>
        <w:t>ΚΟΥΙΖ</w:t>
      </w:r>
    </w:p>
    <w:p w14:paraId="5F20CFB4" w14:textId="77777777" w:rsidR="00C87A3D" w:rsidRPr="002C0018" w:rsidRDefault="00000000">
      <w:pPr>
        <w:pStyle w:val="21"/>
        <w:rPr>
          <w:lang w:val="el-GR"/>
        </w:rPr>
      </w:pPr>
      <w:r w:rsidRPr="002C0018">
        <w:rPr>
          <w:lang w:val="el-GR"/>
        </w:rPr>
        <w:t xml:space="preserve">Εισαγωγή στη Γλώσσα Προγραμματισμού </w:t>
      </w:r>
      <w:r>
        <w:t>Python</w:t>
      </w:r>
      <w:r w:rsidRPr="002C0018">
        <w:rPr>
          <w:lang w:val="el-GR"/>
        </w:rPr>
        <w:t xml:space="preserve"> &amp; Τεχνητή Νοημοσύνη</w:t>
      </w:r>
    </w:p>
    <w:p w14:paraId="3E29C373" w14:textId="54325659" w:rsidR="00C87A3D" w:rsidRPr="002C0018" w:rsidRDefault="00C87A3D">
      <w:pPr>
        <w:rPr>
          <w:lang w:val="el-GR"/>
        </w:rPr>
      </w:pPr>
    </w:p>
    <w:p w14:paraId="633BDF94" w14:textId="77777777" w:rsidR="00C87A3D" w:rsidRDefault="00000000">
      <w:r>
        <w:t xml:space="preserve">1. </w:t>
      </w:r>
      <w:proofErr w:type="spellStart"/>
      <w:r>
        <w:t>Τι</w:t>
      </w:r>
      <w:proofErr w:type="spellEnd"/>
      <w:r>
        <w:t xml:space="preserve"> </w:t>
      </w:r>
      <w:proofErr w:type="spellStart"/>
      <w:r>
        <w:t>είν</w:t>
      </w:r>
      <w:proofErr w:type="spellEnd"/>
      <w:r>
        <w:t>αι η Python;</w:t>
      </w:r>
    </w:p>
    <w:p w14:paraId="0AFD1194" w14:textId="77777777" w:rsidR="00C87A3D" w:rsidRDefault="00000000">
      <w:pPr>
        <w:pStyle w:val="a0"/>
      </w:pPr>
      <w:r>
        <w:t>☐ Λειτουργικό σύστημα</w:t>
      </w:r>
    </w:p>
    <w:p w14:paraId="299801F4" w14:textId="77777777" w:rsidR="00C87A3D" w:rsidRDefault="00000000">
      <w:pPr>
        <w:pStyle w:val="a0"/>
      </w:pPr>
      <w:r>
        <w:t>☐ Γλώσσα προγραμματισμού</w:t>
      </w:r>
    </w:p>
    <w:p w14:paraId="478FC768" w14:textId="77777777" w:rsidR="00C87A3D" w:rsidRDefault="00000000">
      <w:pPr>
        <w:pStyle w:val="a0"/>
      </w:pPr>
      <w:r>
        <w:t>☐ Βάση δεδομένων</w:t>
      </w:r>
    </w:p>
    <w:p w14:paraId="71E1AB7B" w14:textId="77777777" w:rsidR="00C87A3D" w:rsidRDefault="00000000">
      <w:pPr>
        <w:pStyle w:val="a0"/>
      </w:pPr>
      <w:r>
        <w:t>☐ Πρόγραμμα επεξεργασίας κειμένου</w:t>
      </w:r>
    </w:p>
    <w:p w14:paraId="797C918E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 xml:space="preserve">2. Ποιο χαρακτηριστικό κάνει την </w:t>
      </w:r>
      <w:r>
        <w:t>Python</w:t>
      </w:r>
      <w:r w:rsidRPr="002C0018">
        <w:rPr>
          <w:lang w:val="el-GR"/>
        </w:rPr>
        <w:t xml:space="preserve"> εύκολη στην εκμάθηση;</w:t>
      </w:r>
    </w:p>
    <w:p w14:paraId="3AE8E8CD" w14:textId="77777777" w:rsidR="00C87A3D" w:rsidRDefault="00000000">
      <w:pPr>
        <w:pStyle w:val="a0"/>
      </w:pPr>
      <w:r>
        <w:t xml:space="preserve">☐ </w:t>
      </w:r>
      <w:proofErr w:type="spellStart"/>
      <w:r>
        <w:t>Πολύ</w:t>
      </w:r>
      <w:proofErr w:type="spellEnd"/>
      <w:r>
        <w:t xml:space="preserve">πλοκη </w:t>
      </w:r>
      <w:proofErr w:type="spellStart"/>
      <w:r>
        <w:t>σύντ</w:t>
      </w:r>
      <w:proofErr w:type="spellEnd"/>
      <w:r>
        <w:t>αξη</w:t>
      </w:r>
    </w:p>
    <w:p w14:paraId="1437CFD3" w14:textId="77777777" w:rsidR="00C87A3D" w:rsidRDefault="00000000">
      <w:pPr>
        <w:pStyle w:val="a0"/>
      </w:pPr>
      <w:r>
        <w:t>☐ Ταχύτητα εκτέλεσης</w:t>
      </w:r>
    </w:p>
    <w:p w14:paraId="3C2C92D7" w14:textId="77777777" w:rsidR="00C87A3D" w:rsidRDefault="00000000">
      <w:pPr>
        <w:pStyle w:val="a0"/>
      </w:pPr>
      <w:r>
        <w:t>☐ Ευανάγνωστη σύνταξη</w:t>
      </w:r>
    </w:p>
    <w:p w14:paraId="150A1CFF" w14:textId="77777777" w:rsidR="00C87A3D" w:rsidRDefault="00000000">
      <w:pPr>
        <w:pStyle w:val="a0"/>
      </w:pPr>
      <w:r>
        <w:t>☐ Χρήση μόνο σε ΤΝ</w:t>
      </w:r>
    </w:p>
    <w:p w14:paraId="400722C7" w14:textId="77777777" w:rsidR="00C87A3D" w:rsidRDefault="00000000">
      <w:r>
        <w:t>3. Η Python είναι:</w:t>
      </w:r>
    </w:p>
    <w:p w14:paraId="6CCDF259" w14:textId="77777777" w:rsidR="00C87A3D" w:rsidRDefault="00000000">
      <w:pPr>
        <w:pStyle w:val="a0"/>
      </w:pPr>
      <w:r>
        <w:t>☐ Μεταγλωττιζόμενη</w:t>
      </w:r>
    </w:p>
    <w:p w14:paraId="33D73A2B" w14:textId="77777777" w:rsidR="00C87A3D" w:rsidRDefault="00000000">
      <w:pPr>
        <w:pStyle w:val="a0"/>
      </w:pPr>
      <w:r>
        <w:t>☐ Ερμηνευόμενη</w:t>
      </w:r>
    </w:p>
    <w:p w14:paraId="62DF4495" w14:textId="77777777" w:rsidR="00C87A3D" w:rsidRDefault="00000000">
      <w:pPr>
        <w:pStyle w:val="a0"/>
      </w:pPr>
      <w:r>
        <w:t>☐ Γλώσσα μηχανής</w:t>
      </w:r>
    </w:p>
    <w:p w14:paraId="2A56F47A" w14:textId="77777777" w:rsidR="00C87A3D" w:rsidRDefault="00000000">
      <w:pPr>
        <w:pStyle w:val="a0"/>
      </w:pPr>
      <w:r>
        <w:t>☐ Assembly</w:t>
      </w:r>
    </w:p>
    <w:p w14:paraId="64EDB8D2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>4. Ποιο σύμβολο χρησιμοποιείται για σχόλια μίας γραμμής;</w:t>
      </w:r>
    </w:p>
    <w:p w14:paraId="0ED83B97" w14:textId="77777777" w:rsidR="00C87A3D" w:rsidRDefault="00000000">
      <w:pPr>
        <w:pStyle w:val="a0"/>
      </w:pPr>
      <w:r>
        <w:t>☐ //</w:t>
      </w:r>
    </w:p>
    <w:p w14:paraId="1872C788" w14:textId="77777777" w:rsidR="00C87A3D" w:rsidRDefault="00000000">
      <w:pPr>
        <w:pStyle w:val="a0"/>
      </w:pPr>
      <w:r>
        <w:t>☐ &lt;!-- --&gt;</w:t>
      </w:r>
    </w:p>
    <w:p w14:paraId="065D5E50" w14:textId="77777777" w:rsidR="00C87A3D" w:rsidRDefault="00000000">
      <w:pPr>
        <w:pStyle w:val="a0"/>
      </w:pPr>
      <w:r>
        <w:t>☐ #</w:t>
      </w:r>
    </w:p>
    <w:p w14:paraId="46F7D57D" w14:textId="77777777" w:rsidR="00C87A3D" w:rsidRDefault="00000000">
      <w:pPr>
        <w:pStyle w:val="a0"/>
      </w:pPr>
      <w:r>
        <w:t>☐ /* */</w:t>
      </w:r>
    </w:p>
    <w:p w14:paraId="2CC5FF9E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 xml:space="preserve">5. Ποια είναι δομή δεδομένων στην </w:t>
      </w:r>
      <w:r>
        <w:t>Python</w:t>
      </w:r>
      <w:r w:rsidRPr="002C0018">
        <w:rPr>
          <w:lang w:val="el-GR"/>
        </w:rPr>
        <w:t>;</w:t>
      </w:r>
    </w:p>
    <w:p w14:paraId="42EC16C2" w14:textId="77777777" w:rsidR="00C87A3D" w:rsidRDefault="00000000">
      <w:pPr>
        <w:pStyle w:val="a0"/>
      </w:pPr>
      <w:r>
        <w:t>☐ List</w:t>
      </w:r>
    </w:p>
    <w:p w14:paraId="7631D974" w14:textId="77777777" w:rsidR="00C87A3D" w:rsidRDefault="00000000">
      <w:pPr>
        <w:pStyle w:val="a0"/>
      </w:pPr>
      <w:r>
        <w:t>☐ Table</w:t>
      </w:r>
    </w:p>
    <w:p w14:paraId="71703431" w14:textId="77777777" w:rsidR="00C87A3D" w:rsidRDefault="00000000">
      <w:pPr>
        <w:pStyle w:val="a0"/>
      </w:pPr>
      <w:r>
        <w:t>☐ Column</w:t>
      </w:r>
    </w:p>
    <w:p w14:paraId="788F4225" w14:textId="77777777" w:rsidR="00C87A3D" w:rsidRDefault="00000000">
      <w:pPr>
        <w:pStyle w:val="a0"/>
      </w:pPr>
      <w:r>
        <w:t>☐ Cell</w:t>
      </w:r>
    </w:p>
    <w:p w14:paraId="2AE97982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>6. Ποια εντολή εμφανίζει μήνυμα στην οθόνη;</w:t>
      </w:r>
    </w:p>
    <w:p w14:paraId="59E731A3" w14:textId="77777777" w:rsidR="00C87A3D" w:rsidRDefault="00000000">
      <w:pPr>
        <w:pStyle w:val="a0"/>
      </w:pPr>
      <w:r>
        <w:t xml:space="preserve">☐ </w:t>
      </w:r>
      <w:proofErr w:type="gramStart"/>
      <w:r>
        <w:t>show(</w:t>
      </w:r>
      <w:proofErr w:type="gramEnd"/>
      <w:r>
        <w:t>)</w:t>
      </w:r>
    </w:p>
    <w:p w14:paraId="15682A03" w14:textId="77777777" w:rsidR="00C87A3D" w:rsidRDefault="00000000">
      <w:pPr>
        <w:pStyle w:val="a0"/>
      </w:pPr>
      <w:r>
        <w:lastRenderedPageBreak/>
        <w:t>☐ echo()</w:t>
      </w:r>
    </w:p>
    <w:p w14:paraId="582068DD" w14:textId="77777777" w:rsidR="00C87A3D" w:rsidRDefault="00000000">
      <w:pPr>
        <w:pStyle w:val="a0"/>
      </w:pPr>
      <w:r>
        <w:t>☐ print()</w:t>
      </w:r>
    </w:p>
    <w:p w14:paraId="6E63D3D4" w14:textId="77777777" w:rsidR="00C87A3D" w:rsidRDefault="00000000">
      <w:pPr>
        <w:pStyle w:val="a0"/>
      </w:pPr>
      <w:r>
        <w:t>☐ display()</w:t>
      </w:r>
    </w:p>
    <w:p w14:paraId="06C25B4A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>7. Τι είναι μια βιβλιοθήκη (</w:t>
      </w:r>
      <w:r>
        <w:t>library</w:t>
      </w:r>
      <w:r w:rsidRPr="002C0018">
        <w:rPr>
          <w:lang w:val="el-GR"/>
        </w:rPr>
        <w:t>);</w:t>
      </w:r>
    </w:p>
    <w:p w14:paraId="6934CF51" w14:textId="77777777" w:rsidR="00C87A3D" w:rsidRDefault="00000000">
      <w:pPr>
        <w:pStyle w:val="a0"/>
      </w:pPr>
      <w:r>
        <w:t>☐ Αρχείο κειμένου</w:t>
      </w:r>
    </w:p>
    <w:p w14:paraId="2A02416D" w14:textId="77777777" w:rsidR="00C87A3D" w:rsidRDefault="00000000">
      <w:pPr>
        <w:pStyle w:val="a0"/>
      </w:pPr>
      <w:r>
        <w:t>☐ Συλλογή έτοιμου κώδικα</w:t>
      </w:r>
    </w:p>
    <w:p w14:paraId="3394B4C3" w14:textId="77777777" w:rsidR="00C87A3D" w:rsidRDefault="00000000">
      <w:pPr>
        <w:pStyle w:val="a0"/>
      </w:pPr>
      <w:r>
        <w:t>☐ Τύπος δεδομένων</w:t>
      </w:r>
    </w:p>
    <w:p w14:paraId="6AE75F39" w14:textId="77777777" w:rsidR="00C87A3D" w:rsidRDefault="00000000">
      <w:pPr>
        <w:pStyle w:val="a0"/>
      </w:pPr>
      <w:r>
        <w:t>☐ Πρόγραμμα</w:t>
      </w:r>
    </w:p>
    <w:p w14:paraId="493D0B5D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>8. Ποια βιβλιοθήκη χρησιμοποιείται για αριθμητικούς υπολογισμούς;</w:t>
      </w:r>
    </w:p>
    <w:p w14:paraId="45E9B9CA" w14:textId="77777777" w:rsidR="00C87A3D" w:rsidRDefault="00000000">
      <w:pPr>
        <w:pStyle w:val="a0"/>
      </w:pPr>
      <w:r>
        <w:t>☐ Pandas</w:t>
      </w:r>
    </w:p>
    <w:p w14:paraId="32894D68" w14:textId="77777777" w:rsidR="00C87A3D" w:rsidRDefault="00000000">
      <w:pPr>
        <w:pStyle w:val="a0"/>
      </w:pPr>
      <w:r>
        <w:t>☐ NumPy</w:t>
      </w:r>
    </w:p>
    <w:p w14:paraId="586B4C25" w14:textId="77777777" w:rsidR="00C87A3D" w:rsidRDefault="00000000">
      <w:pPr>
        <w:pStyle w:val="a0"/>
      </w:pPr>
      <w:r>
        <w:t>☐ Matplotlib</w:t>
      </w:r>
    </w:p>
    <w:p w14:paraId="27551E94" w14:textId="77777777" w:rsidR="00C87A3D" w:rsidRDefault="00000000">
      <w:pPr>
        <w:pStyle w:val="a0"/>
      </w:pPr>
      <w:r>
        <w:t>☐ Flask</w:t>
      </w:r>
    </w:p>
    <w:p w14:paraId="0782E644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>9. Ποια βιβλιοθήκη χρησιμοποιείται για ανάλυση δεδομένων;</w:t>
      </w:r>
    </w:p>
    <w:p w14:paraId="43C871A8" w14:textId="77777777" w:rsidR="00C87A3D" w:rsidRDefault="00000000">
      <w:pPr>
        <w:pStyle w:val="a0"/>
      </w:pPr>
      <w:r>
        <w:t>☐ NumPy</w:t>
      </w:r>
    </w:p>
    <w:p w14:paraId="7BBD0149" w14:textId="77777777" w:rsidR="00C87A3D" w:rsidRDefault="00000000">
      <w:pPr>
        <w:pStyle w:val="a0"/>
      </w:pPr>
      <w:r>
        <w:t>☐ Pandas</w:t>
      </w:r>
    </w:p>
    <w:p w14:paraId="1CE743C2" w14:textId="77777777" w:rsidR="00C87A3D" w:rsidRDefault="00000000">
      <w:pPr>
        <w:pStyle w:val="a0"/>
      </w:pPr>
      <w:r>
        <w:t>☐ PyGame</w:t>
      </w:r>
    </w:p>
    <w:p w14:paraId="6F1F353A" w14:textId="77777777" w:rsidR="00C87A3D" w:rsidRDefault="00000000">
      <w:pPr>
        <w:pStyle w:val="a0"/>
      </w:pPr>
      <w:r>
        <w:t>☐ Tkinter</w:t>
      </w:r>
    </w:p>
    <w:p w14:paraId="1B49E46A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>10. Τι είναι η Τεχνητή Νοημοσύνη;</w:t>
      </w:r>
    </w:p>
    <w:p w14:paraId="7CCC712C" w14:textId="77777777" w:rsidR="00C87A3D" w:rsidRDefault="00000000">
      <w:pPr>
        <w:pStyle w:val="a0"/>
      </w:pPr>
      <w:r>
        <w:t xml:space="preserve">☐ </w:t>
      </w:r>
      <w:proofErr w:type="spellStart"/>
      <w:r>
        <w:t>Προγρ</w:t>
      </w:r>
      <w:proofErr w:type="spellEnd"/>
      <w:r>
        <w:t xml:space="preserve">αμματισμός </w:t>
      </w:r>
      <w:proofErr w:type="spellStart"/>
      <w:r>
        <w:t>ιστοσελίδων</w:t>
      </w:r>
      <w:proofErr w:type="spellEnd"/>
    </w:p>
    <w:p w14:paraId="4A1EADCE" w14:textId="77777777" w:rsidR="00C87A3D" w:rsidRDefault="00000000">
      <w:pPr>
        <w:pStyle w:val="a0"/>
      </w:pPr>
      <w:r>
        <w:t>☐ Αυτοματισμός υπολογιστών</w:t>
      </w:r>
    </w:p>
    <w:p w14:paraId="15FE8564" w14:textId="77777777" w:rsidR="00C87A3D" w:rsidRDefault="00000000">
      <w:pPr>
        <w:pStyle w:val="a0"/>
      </w:pPr>
      <w:r>
        <w:t>☐ Μίμηση ανθρώπινης νοημοσύνης από μηχανές</w:t>
      </w:r>
    </w:p>
    <w:p w14:paraId="605000BA" w14:textId="77777777" w:rsidR="00C87A3D" w:rsidRDefault="00000000">
      <w:pPr>
        <w:pStyle w:val="a0"/>
      </w:pPr>
      <w:r>
        <w:t>☐ Γλώσσα προγραμματισμού</w:t>
      </w:r>
    </w:p>
    <w:p w14:paraId="7838D0A2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>11. Ποιος τομέας της ΤΝ βασίζεται στη μάθηση από δεδομένα;</w:t>
      </w:r>
    </w:p>
    <w:p w14:paraId="36A8DABA" w14:textId="77777777" w:rsidR="00C87A3D" w:rsidRDefault="00000000">
      <w:pPr>
        <w:pStyle w:val="a0"/>
      </w:pPr>
      <w:r>
        <w:t>☐ Web Development</w:t>
      </w:r>
    </w:p>
    <w:p w14:paraId="06DBDF6D" w14:textId="77777777" w:rsidR="00C87A3D" w:rsidRDefault="00000000">
      <w:pPr>
        <w:pStyle w:val="a0"/>
      </w:pPr>
      <w:r>
        <w:t>☐ Machine Learning</w:t>
      </w:r>
    </w:p>
    <w:p w14:paraId="3C170182" w14:textId="77777777" w:rsidR="00C87A3D" w:rsidRDefault="00000000">
      <w:pPr>
        <w:pStyle w:val="a0"/>
      </w:pPr>
      <w:r>
        <w:t>☐ Cybersecurity</w:t>
      </w:r>
    </w:p>
    <w:p w14:paraId="59A1B8CF" w14:textId="77777777" w:rsidR="00C87A3D" w:rsidRDefault="00000000">
      <w:pPr>
        <w:pStyle w:val="a0"/>
      </w:pPr>
      <w:r>
        <w:t>☐ Networking</w:t>
      </w:r>
    </w:p>
    <w:p w14:paraId="2C3BBC36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 xml:space="preserve">12. Γιατί η </w:t>
      </w:r>
      <w:r>
        <w:t>Python</w:t>
      </w:r>
      <w:r w:rsidRPr="002C0018">
        <w:rPr>
          <w:lang w:val="el-GR"/>
        </w:rPr>
        <w:t xml:space="preserve"> είναι δημοφιλής στην ΤΝ;</w:t>
      </w:r>
    </w:p>
    <w:p w14:paraId="0AB02362" w14:textId="77777777" w:rsidR="00C87A3D" w:rsidRDefault="00000000">
      <w:pPr>
        <w:pStyle w:val="a0"/>
      </w:pPr>
      <w:r>
        <w:t>☐ Είναι δύσκολη</w:t>
      </w:r>
    </w:p>
    <w:p w14:paraId="224A302F" w14:textId="77777777" w:rsidR="00C87A3D" w:rsidRDefault="00000000">
      <w:pPr>
        <w:pStyle w:val="a0"/>
      </w:pPr>
      <w:r>
        <w:t>☐ Δεν έχει βιβλιοθήκες</w:t>
      </w:r>
    </w:p>
    <w:p w14:paraId="13273CCA" w14:textId="77777777" w:rsidR="00C87A3D" w:rsidRDefault="00000000">
      <w:pPr>
        <w:pStyle w:val="a0"/>
      </w:pPr>
      <w:r>
        <w:t>☐ Έχει πολλές βιβλιοθήκες για ΤΝ</w:t>
      </w:r>
    </w:p>
    <w:p w14:paraId="6353D052" w14:textId="77777777" w:rsidR="00C87A3D" w:rsidRDefault="00000000">
      <w:pPr>
        <w:pStyle w:val="a0"/>
      </w:pPr>
      <w:r>
        <w:lastRenderedPageBreak/>
        <w:t>☐ Λειτουργεί μόνο σε Windows</w:t>
      </w:r>
    </w:p>
    <w:p w14:paraId="216BC9CF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 xml:space="preserve">13. Ποια βιβλιοθήκη χρησιμοποιείται για </w:t>
      </w:r>
      <w:r>
        <w:t>Machine</w:t>
      </w:r>
      <w:r w:rsidRPr="002C0018">
        <w:rPr>
          <w:lang w:val="el-GR"/>
        </w:rPr>
        <w:t xml:space="preserve"> </w:t>
      </w:r>
      <w:r>
        <w:t>Learning</w:t>
      </w:r>
      <w:r w:rsidRPr="002C0018">
        <w:rPr>
          <w:lang w:val="el-GR"/>
        </w:rPr>
        <w:t>;</w:t>
      </w:r>
    </w:p>
    <w:p w14:paraId="3F29D2E1" w14:textId="77777777" w:rsidR="00C87A3D" w:rsidRDefault="00000000">
      <w:pPr>
        <w:pStyle w:val="a0"/>
      </w:pPr>
      <w:r>
        <w:t>☐ scikit-learn</w:t>
      </w:r>
    </w:p>
    <w:p w14:paraId="428BE2EC" w14:textId="77777777" w:rsidR="00C87A3D" w:rsidRDefault="00000000">
      <w:pPr>
        <w:pStyle w:val="a0"/>
      </w:pPr>
      <w:r>
        <w:t>☐ Pygame</w:t>
      </w:r>
    </w:p>
    <w:p w14:paraId="0B8D41C4" w14:textId="77777777" w:rsidR="00C87A3D" w:rsidRDefault="00000000">
      <w:pPr>
        <w:pStyle w:val="a0"/>
      </w:pPr>
      <w:r>
        <w:t>☐ BeautifulSoup</w:t>
      </w:r>
    </w:p>
    <w:p w14:paraId="4520C15D" w14:textId="77777777" w:rsidR="00C87A3D" w:rsidRDefault="00000000">
      <w:pPr>
        <w:pStyle w:val="a0"/>
      </w:pPr>
      <w:r>
        <w:t>☐ Selenium</w:t>
      </w:r>
    </w:p>
    <w:p w14:paraId="14A6D95D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 xml:space="preserve">14. Ποια βιβλιοθήκη χρησιμοποιείται για </w:t>
      </w:r>
      <w:r>
        <w:t>Deep</w:t>
      </w:r>
      <w:r w:rsidRPr="002C0018">
        <w:rPr>
          <w:lang w:val="el-GR"/>
        </w:rPr>
        <w:t xml:space="preserve"> </w:t>
      </w:r>
      <w:r>
        <w:t>Learning</w:t>
      </w:r>
      <w:r w:rsidRPr="002C0018">
        <w:rPr>
          <w:lang w:val="el-GR"/>
        </w:rPr>
        <w:t>;</w:t>
      </w:r>
    </w:p>
    <w:p w14:paraId="5FED90B0" w14:textId="77777777" w:rsidR="00C87A3D" w:rsidRDefault="00000000">
      <w:pPr>
        <w:pStyle w:val="a0"/>
      </w:pPr>
      <w:r>
        <w:t>☐ Pandas</w:t>
      </w:r>
    </w:p>
    <w:p w14:paraId="37D489DA" w14:textId="77777777" w:rsidR="00C87A3D" w:rsidRDefault="00000000">
      <w:pPr>
        <w:pStyle w:val="a0"/>
      </w:pPr>
      <w:r>
        <w:t>☐ NumPy</w:t>
      </w:r>
    </w:p>
    <w:p w14:paraId="6FB948D5" w14:textId="77777777" w:rsidR="00C87A3D" w:rsidRDefault="00000000">
      <w:pPr>
        <w:pStyle w:val="a0"/>
      </w:pPr>
      <w:r>
        <w:t>☐ TensorFlow</w:t>
      </w:r>
    </w:p>
    <w:p w14:paraId="322C0F03" w14:textId="77777777" w:rsidR="00C87A3D" w:rsidRDefault="00000000">
      <w:pPr>
        <w:pStyle w:val="a0"/>
      </w:pPr>
      <w:r>
        <w:t>☐ Turtle</w:t>
      </w:r>
    </w:p>
    <w:p w14:paraId="5F48B4D7" w14:textId="77777777" w:rsidR="00C87A3D" w:rsidRDefault="00000000">
      <w:r>
        <w:t>15. Τι είναι ένα dataset;</w:t>
      </w:r>
    </w:p>
    <w:p w14:paraId="034E7247" w14:textId="77777777" w:rsidR="00C87A3D" w:rsidRDefault="00000000">
      <w:pPr>
        <w:pStyle w:val="a0"/>
      </w:pPr>
      <w:r>
        <w:t>☐ Πρόγραμμα</w:t>
      </w:r>
    </w:p>
    <w:p w14:paraId="7382BCEC" w14:textId="77777777" w:rsidR="00C87A3D" w:rsidRDefault="00000000">
      <w:pPr>
        <w:pStyle w:val="a0"/>
      </w:pPr>
      <w:r>
        <w:t>☐ Αλγόριθμος</w:t>
      </w:r>
    </w:p>
    <w:p w14:paraId="79968D3D" w14:textId="77777777" w:rsidR="00C87A3D" w:rsidRDefault="00000000">
      <w:pPr>
        <w:pStyle w:val="a0"/>
      </w:pPr>
      <w:r>
        <w:t>☐ Σύνολο δεδομένων</w:t>
      </w:r>
    </w:p>
    <w:p w14:paraId="1FB55679" w14:textId="77777777" w:rsidR="00C87A3D" w:rsidRDefault="00000000">
      <w:pPr>
        <w:pStyle w:val="a0"/>
      </w:pPr>
      <w:r>
        <w:t>☐ Βιβλιοθήκη</w:t>
      </w:r>
    </w:p>
    <w:p w14:paraId="0AC3166F" w14:textId="77777777" w:rsidR="00C87A3D" w:rsidRDefault="00000000">
      <w:r>
        <w:t>16. Τι είναι ένας αλγόριθμος;</w:t>
      </w:r>
    </w:p>
    <w:p w14:paraId="794055D2" w14:textId="77777777" w:rsidR="00C87A3D" w:rsidRDefault="00000000">
      <w:pPr>
        <w:pStyle w:val="a0"/>
      </w:pPr>
      <w:r>
        <w:t>☐ Γλώσσα προγραμματισμού</w:t>
      </w:r>
    </w:p>
    <w:p w14:paraId="34294DA7" w14:textId="77777777" w:rsidR="00C87A3D" w:rsidRPr="002C0018" w:rsidRDefault="00000000">
      <w:pPr>
        <w:pStyle w:val="a0"/>
        <w:rPr>
          <w:lang w:val="el-GR"/>
        </w:rPr>
      </w:pPr>
      <w:r w:rsidRPr="002C0018">
        <w:rPr>
          <w:lang w:val="el-GR"/>
        </w:rPr>
        <w:t>☐ Σύνολο βημάτων για την επίλυση ενός προβλήματος</w:t>
      </w:r>
    </w:p>
    <w:p w14:paraId="2F94DCF4" w14:textId="77777777" w:rsidR="00C87A3D" w:rsidRDefault="00000000">
      <w:pPr>
        <w:pStyle w:val="a0"/>
      </w:pPr>
      <w:r>
        <w:t>☐ Βάση δεδομένων</w:t>
      </w:r>
    </w:p>
    <w:p w14:paraId="7CED5BF2" w14:textId="77777777" w:rsidR="00C87A3D" w:rsidRDefault="00000000">
      <w:pPr>
        <w:pStyle w:val="a0"/>
      </w:pPr>
      <w:r>
        <w:t>☐ Υπολογιστής</w:t>
      </w:r>
    </w:p>
    <w:p w14:paraId="38ED54EA" w14:textId="77777777" w:rsidR="00C87A3D" w:rsidRDefault="00000000">
      <w:r>
        <w:t>17. Τι είναι το supervised learning;</w:t>
      </w:r>
    </w:p>
    <w:p w14:paraId="03DF748C" w14:textId="77777777" w:rsidR="00C87A3D" w:rsidRDefault="00000000">
      <w:pPr>
        <w:pStyle w:val="a0"/>
      </w:pPr>
      <w:r>
        <w:t>☐ Μάθηση χωρίς δεδομένα</w:t>
      </w:r>
    </w:p>
    <w:p w14:paraId="2E86C2AD" w14:textId="77777777" w:rsidR="00C87A3D" w:rsidRDefault="00000000">
      <w:pPr>
        <w:pStyle w:val="a0"/>
      </w:pPr>
      <w:r>
        <w:t>☐ Μάθηση με ετικετοποιημένα δεδομένα</w:t>
      </w:r>
    </w:p>
    <w:p w14:paraId="02E739F2" w14:textId="77777777" w:rsidR="00C87A3D" w:rsidRDefault="00000000">
      <w:pPr>
        <w:pStyle w:val="a0"/>
      </w:pPr>
      <w:r>
        <w:t>☐ Μάθηση χωρίς υπολογιστή</w:t>
      </w:r>
    </w:p>
    <w:p w14:paraId="7BA6BD3F" w14:textId="77777777" w:rsidR="00C87A3D" w:rsidRDefault="00000000">
      <w:pPr>
        <w:pStyle w:val="a0"/>
      </w:pPr>
      <w:r>
        <w:t>☐ Τυχαία μάθηση</w:t>
      </w:r>
    </w:p>
    <w:p w14:paraId="46B70CE7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t xml:space="preserve">18. Ποιος τύπος δεδομένων χρησιμοποιείται για κείμενο στην </w:t>
      </w:r>
      <w:r>
        <w:t>Python</w:t>
      </w:r>
      <w:r w:rsidRPr="002C0018">
        <w:rPr>
          <w:lang w:val="el-GR"/>
        </w:rPr>
        <w:t>;</w:t>
      </w:r>
    </w:p>
    <w:p w14:paraId="7776E3CA" w14:textId="77777777" w:rsidR="00C87A3D" w:rsidRDefault="00000000">
      <w:pPr>
        <w:pStyle w:val="a0"/>
      </w:pPr>
      <w:r>
        <w:t>☐ int</w:t>
      </w:r>
    </w:p>
    <w:p w14:paraId="270DAF79" w14:textId="77777777" w:rsidR="00C87A3D" w:rsidRDefault="00000000">
      <w:pPr>
        <w:pStyle w:val="a0"/>
      </w:pPr>
      <w:r>
        <w:t>☐ float</w:t>
      </w:r>
    </w:p>
    <w:p w14:paraId="53118ECC" w14:textId="77777777" w:rsidR="00C87A3D" w:rsidRDefault="00000000">
      <w:pPr>
        <w:pStyle w:val="a0"/>
      </w:pPr>
      <w:r>
        <w:t>☐ str</w:t>
      </w:r>
    </w:p>
    <w:p w14:paraId="639FF9C8" w14:textId="77777777" w:rsidR="00C87A3D" w:rsidRDefault="00000000">
      <w:pPr>
        <w:pStyle w:val="a0"/>
      </w:pPr>
      <w:r>
        <w:t>☐ bool</w:t>
      </w:r>
    </w:p>
    <w:p w14:paraId="0B3E470D" w14:textId="77777777" w:rsidR="00C87A3D" w:rsidRPr="002C0018" w:rsidRDefault="00000000">
      <w:pPr>
        <w:rPr>
          <w:lang w:val="el-GR"/>
        </w:rPr>
      </w:pPr>
      <w:r w:rsidRPr="002C0018">
        <w:rPr>
          <w:lang w:val="el-GR"/>
        </w:rPr>
        <w:lastRenderedPageBreak/>
        <w:t xml:space="preserve">19. Ποιος είναι ο ρόλος της </w:t>
      </w:r>
      <w:r>
        <w:t>Python</w:t>
      </w:r>
      <w:r w:rsidRPr="002C0018">
        <w:rPr>
          <w:lang w:val="el-GR"/>
        </w:rPr>
        <w:t xml:space="preserve"> στην Τεχνητή Νοημοσύνη;</w:t>
      </w:r>
    </w:p>
    <w:p w14:paraId="6F386595" w14:textId="77777777" w:rsidR="00C87A3D" w:rsidRDefault="00000000">
      <w:pPr>
        <w:pStyle w:val="a0"/>
      </w:pPr>
      <w:r>
        <w:t>☐ Μόνο γραφικά</w:t>
      </w:r>
    </w:p>
    <w:p w14:paraId="619DF73E" w14:textId="77777777" w:rsidR="00C87A3D" w:rsidRDefault="00000000">
      <w:pPr>
        <w:pStyle w:val="a0"/>
      </w:pPr>
      <w:r>
        <w:t>☐ Εκπαίδευση και ανάπτυξη μοντέλων ΤΝ</w:t>
      </w:r>
    </w:p>
    <w:p w14:paraId="0422F7F1" w14:textId="77777777" w:rsidR="00C87A3D" w:rsidRDefault="00000000">
      <w:pPr>
        <w:pStyle w:val="a0"/>
      </w:pPr>
      <w:r>
        <w:t>☐ Μόνο βάσεις δεδομένων</w:t>
      </w:r>
    </w:p>
    <w:p w14:paraId="4C8E9A0A" w14:textId="77777777" w:rsidR="00C87A3D" w:rsidRDefault="00000000">
      <w:pPr>
        <w:pStyle w:val="a0"/>
      </w:pPr>
      <w:r>
        <w:t>☐ Μόνο παιχνίδια</w:t>
      </w:r>
    </w:p>
    <w:p w14:paraId="15B84209" w14:textId="77777777" w:rsidR="00C87A3D" w:rsidRDefault="00000000">
      <w:r>
        <w:t>20. Η Python χρησιμοποιείται:</w:t>
      </w:r>
    </w:p>
    <w:p w14:paraId="58CA02EC" w14:textId="77777777" w:rsidR="00C87A3D" w:rsidRDefault="00000000">
      <w:pPr>
        <w:pStyle w:val="a0"/>
      </w:pPr>
      <w:r>
        <w:t>☐ Μόνο στην εκπαίδευση</w:t>
      </w:r>
    </w:p>
    <w:p w14:paraId="58DF05A7" w14:textId="77777777" w:rsidR="00C87A3D" w:rsidRDefault="00000000">
      <w:pPr>
        <w:pStyle w:val="a0"/>
      </w:pPr>
      <w:r>
        <w:t>☐ Μόνο στη βιομηχανία</w:t>
      </w:r>
    </w:p>
    <w:p w14:paraId="7EE8C369" w14:textId="77777777" w:rsidR="00C87A3D" w:rsidRDefault="00000000">
      <w:pPr>
        <w:pStyle w:val="a0"/>
      </w:pPr>
      <w:r>
        <w:t>☐ Σε εκπαίδευση και βιομηχανία</w:t>
      </w:r>
    </w:p>
    <w:p w14:paraId="334FC1E3" w14:textId="1496734C" w:rsidR="00C87A3D" w:rsidRDefault="00000000" w:rsidP="00107257">
      <w:pPr>
        <w:pStyle w:val="a0"/>
      </w:pPr>
      <w:r>
        <w:rPr>
          <w:rFonts w:ascii="Segoe UI Symbol" w:hAnsi="Segoe UI Symbol" w:cs="Segoe UI Symbol"/>
        </w:rPr>
        <w:t>☐</w:t>
      </w:r>
      <w:r>
        <w:t xml:space="preserve"> </w:t>
      </w:r>
      <w:proofErr w:type="spellStart"/>
      <w:r>
        <w:t>Μόνο</w:t>
      </w:r>
      <w:proofErr w:type="spellEnd"/>
      <w:r>
        <w:t xml:space="preserve"> </w:t>
      </w:r>
      <w:proofErr w:type="spellStart"/>
      <w:r>
        <w:t>γι</w:t>
      </w:r>
      <w:proofErr w:type="spellEnd"/>
      <w:r>
        <w:t>α web</w:t>
      </w:r>
    </w:p>
    <w:p w14:paraId="133E6144" w14:textId="77777777" w:rsidR="00107257" w:rsidRDefault="00107257" w:rsidP="00107257">
      <w:pPr>
        <w:pStyle w:val="a0"/>
        <w:numPr>
          <w:ilvl w:val="0"/>
          <w:numId w:val="0"/>
        </w:numPr>
        <w:ind w:left="360"/>
      </w:pPr>
    </w:p>
    <w:p w14:paraId="633517F7" w14:textId="77777777" w:rsidR="00107257" w:rsidRDefault="00107257" w:rsidP="00107257">
      <w:pPr>
        <w:pStyle w:val="a0"/>
        <w:numPr>
          <w:ilvl w:val="0"/>
          <w:numId w:val="0"/>
        </w:numPr>
        <w:ind w:left="360"/>
      </w:pPr>
    </w:p>
    <w:p w14:paraId="23F43C7D" w14:textId="77777777" w:rsidR="00107257" w:rsidRDefault="00107257" w:rsidP="00107257">
      <w:pPr>
        <w:pStyle w:val="a0"/>
        <w:numPr>
          <w:ilvl w:val="0"/>
          <w:numId w:val="0"/>
        </w:numPr>
        <w:ind w:left="360"/>
      </w:pPr>
    </w:p>
    <w:p w14:paraId="6FF9DCC1" w14:textId="77777777" w:rsidR="00107257" w:rsidRDefault="00107257" w:rsidP="00107257">
      <w:pPr>
        <w:pStyle w:val="a0"/>
        <w:numPr>
          <w:ilvl w:val="0"/>
          <w:numId w:val="0"/>
        </w:numPr>
        <w:ind w:left="360"/>
      </w:pPr>
    </w:p>
    <w:p w14:paraId="15CE0379" w14:textId="77777777" w:rsidR="00C87A3D" w:rsidRPr="00107257" w:rsidRDefault="00000000">
      <w:pPr>
        <w:pStyle w:val="21"/>
        <w:rPr>
          <w:lang w:val="el-GR"/>
        </w:rPr>
      </w:pPr>
      <w:r w:rsidRPr="00107257">
        <w:rPr>
          <w:lang w:val="el-GR"/>
        </w:rPr>
        <w:t>Φύλλο Απαντήσεων</w:t>
      </w:r>
    </w:p>
    <w:p w14:paraId="1B6802EA" w14:textId="77777777" w:rsidR="00C87A3D" w:rsidRPr="00107257" w:rsidRDefault="00000000">
      <w:pPr>
        <w:rPr>
          <w:lang w:val="el-GR"/>
        </w:rPr>
      </w:pPr>
      <w:r w:rsidRPr="00107257">
        <w:rPr>
          <w:lang w:val="el-GR"/>
        </w:rPr>
        <w:t>1. β  2. γ  3. β  4. γ  5. α  6. γ  7. β  8. β  9. β  10. γ</w:t>
      </w:r>
      <w:r w:rsidRPr="00107257">
        <w:rPr>
          <w:lang w:val="el-GR"/>
        </w:rPr>
        <w:br/>
        <w:t>11. β  12. γ  13. α  14. γ  15. γ  16. β  17. β  18. γ  19. β  20. γ</w:t>
      </w:r>
    </w:p>
    <w:sectPr w:rsidR="00C87A3D" w:rsidRPr="001072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87324944">
    <w:abstractNumId w:val="8"/>
  </w:num>
  <w:num w:numId="2" w16cid:durableId="797574317">
    <w:abstractNumId w:val="6"/>
  </w:num>
  <w:num w:numId="3" w16cid:durableId="2110202081">
    <w:abstractNumId w:val="5"/>
  </w:num>
  <w:num w:numId="4" w16cid:durableId="550505713">
    <w:abstractNumId w:val="4"/>
  </w:num>
  <w:num w:numId="5" w16cid:durableId="357893436">
    <w:abstractNumId w:val="7"/>
  </w:num>
  <w:num w:numId="6" w16cid:durableId="1807166103">
    <w:abstractNumId w:val="3"/>
  </w:num>
  <w:num w:numId="7" w16cid:durableId="186145748">
    <w:abstractNumId w:val="2"/>
  </w:num>
  <w:num w:numId="8" w16cid:durableId="495804902">
    <w:abstractNumId w:val="1"/>
  </w:num>
  <w:num w:numId="9" w16cid:durableId="711811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0A9"/>
    <w:rsid w:val="00034616"/>
    <w:rsid w:val="0006063C"/>
    <w:rsid w:val="00107257"/>
    <w:rsid w:val="0015074B"/>
    <w:rsid w:val="001A6E4E"/>
    <w:rsid w:val="0029639D"/>
    <w:rsid w:val="002C0018"/>
    <w:rsid w:val="00326F90"/>
    <w:rsid w:val="00AA1D8D"/>
    <w:rsid w:val="00B47730"/>
    <w:rsid w:val="00C87A3D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96F67"/>
  <w14:defaultImageDpi w14:val="300"/>
  <w15:docId w15:val="{6C09B806-3326-4F1C-994D-17C9C7B0B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απόσπ.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386</Words>
  <Characters>2089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ΔΗΜΗΤΡΗΣ ΤΖΗΜΑΣ</cp:lastModifiedBy>
  <cp:revision>3</cp:revision>
  <dcterms:created xsi:type="dcterms:W3CDTF">2026-01-21T13:06:00Z</dcterms:created>
  <dcterms:modified xsi:type="dcterms:W3CDTF">2026-01-22T12:45:00Z</dcterms:modified>
  <cp:category/>
</cp:coreProperties>
</file>